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36AA" w14:textId="77777777" w:rsidR="00443045" w:rsidRPr="00DB1FCC" w:rsidRDefault="003C2D89">
      <w:pPr>
        <w:pStyle w:val="Nzev"/>
        <w:rPr>
          <w:lang w:val="pl-PL"/>
        </w:rPr>
      </w:pPr>
      <w:r w:rsidRPr="00DB1FCC">
        <w:rPr>
          <w:lang w:val="pl-PL"/>
        </w:rPr>
        <w:t>Zápis ze setkání farní rady</w:t>
      </w:r>
    </w:p>
    <w:p w14:paraId="1D176BBE" w14:textId="350C6337" w:rsidR="000F1C87" w:rsidRPr="00DB1FCC" w:rsidRDefault="003C2D89">
      <w:pPr>
        <w:rPr>
          <w:b/>
          <w:lang w:val="pl-PL"/>
        </w:rPr>
      </w:pPr>
      <w:r w:rsidRPr="00DB1FCC">
        <w:rPr>
          <w:b/>
          <w:lang w:val="pl-PL"/>
        </w:rPr>
        <w:t xml:space="preserve">Datum: </w:t>
      </w:r>
      <w:r w:rsidR="00DB1FCC" w:rsidRPr="00DB1FCC">
        <w:rPr>
          <w:lang w:val="pl-PL"/>
        </w:rPr>
        <w:t>21.05.2026</w:t>
      </w:r>
      <w:r w:rsidRPr="00DB1FCC">
        <w:rPr>
          <w:lang w:val="pl-PL"/>
        </w:rPr>
        <w:br/>
      </w:r>
      <w:r w:rsidRPr="00DB1FCC">
        <w:rPr>
          <w:b/>
          <w:lang w:val="pl-PL"/>
        </w:rPr>
        <w:t xml:space="preserve">Přítomni: </w:t>
      </w:r>
    </w:p>
    <w:p w14:paraId="2A1FE3F2" w14:textId="6C26870A" w:rsidR="000F1C87" w:rsidRPr="00DB1FCC" w:rsidRDefault="000F1C87">
      <w:pPr>
        <w:rPr>
          <w:lang w:val="pl-PL"/>
        </w:rPr>
      </w:pPr>
      <w:r w:rsidRPr="00DB1FCC">
        <w:rPr>
          <w:lang w:val="pl-PL"/>
        </w:rPr>
        <w:t>opat Daniel Janáček</w:t>
      </w:r>
    </w:p>
    <w:p w14:paraId="2E0FAA63" w14:textId="31FE093C" w:rsidR="000F1C87" w:rsidRPr="00DB1FCC" w:rsidRDefault="000F1C87">
      <w:pPr>
        <w:rPr>
          <w:lang w:val="pl-PL"/>
        </w:rPr>
      </w:pPr>
      <w:r w:rsidRPr="00DB1FCC">
        <w:rPr>
          <w:lang w:val="pl-PL"/>
        </w:rPr>
        <w:t>Josef Kaše</w:t>
      </w:r>
    </w:p>
    <w:p w14:paraId="33749242" w14:textId="3ECC312B" w:rsidR="000F1C87" w:rsidRPr="00DB1FCC" w:rsidRDefault="000F1C87">
      <w:pPr>
        <w:rPr>
          <w:lang w:val="pl-PL"/>
        </w:rPr>
      </w:pPr>
      <w:r w:rsidRPr="00DB1FCC">
        <w:rPr>
          <w:lang w:val="pl-PL"/>
        </w:rPr>
        <w:t>Bohdana Krejčová</w:t>
      </w:r>
    </w:p>
    <w:p w14:paraId="6A0A6C53" w14:textId="0FEDC4BD" w:rsidR="000F1C87" w:rsidRPr="00DB1FCC" w:rsidRDefault="000F1C87">
      <w:pPr>
        <w:rPr>
          <w:lang w:val="pl-PL"/>
        </w:rPr>
      </w:pPr>
      <w:r w:rsidRPr="00DB1FCC">
        <w:rPr>
          <w:lang w:val="pl-PL"/>
        </w:rPr>
        <w:t>Petr Dedek</w:t>
      </w:r>
    </w:p>
    <w:p w14:paraId="0E54E447" w14:textId="2853DC1D" w:rsidR="000F1C87" w:rsidRPr="00DB1FCC" w:rsidRDefault="000F1C87">
      <w:pPr>
        <w:rPr>
          <w:lang w:val="pl-PL"/>
        </w:rPr>
      </w:pPr>
      <w:r w:rsidRPr="00DB1FCC">
        <w:rPr>
          <w:lang w:val="pl-PL"/>
        </w:rPr>
        <w:t>Barbora Nývltová</w:t>
      </w:r>
    </w:p>
    <w:p w14:paraId="3152A55B" w14:textId="612A3F45" w:rsidR="000F1C87" w:rsidRPr="00DB1FCC" w:rsidRDefault="000F1C87">
      <w:pPr>
        <w:rPr>
          <w:lang w:val="pl-PL"/>
        </w:rPr>
      </w:pPr>
      <w:r w:rsidRPr="00DB1FCC">
        <w:rPr>
          <w:lang w:val="pl-PL"/>
        </w:rPr>
        <w:t>Gusta Kalíšková</w:t>
      </w:r>
    </w:p>
    <w:p w14:paraId="647802C1" w14:textId="4818F3AF" w:rsidR="000F1C87" w:rsidRPr="00DB1FCC" w:rsidRDefault="000F1C87">
      <w:pPr>
        <w:rPr>
          <w:lang w:val="pl-PL"/>
        </w:rPr>
      </w:pPr>
      <w:r w:rsidRPr="00DB1FCC">
        <w:rPr>
          <w:lang w:val="pl-PL"/>
        </w:rPr>
        <w:t>Zuzana Najvárková</w:t>
      </w:r>
    </w:p>
    <w:p w14:paraId="56AAA91C" w14:textId="77777777" w:rsidR="000F1C87" w:rsidRPr="00DB1FCC" w:rsidRDefault="000F1C87">
      <w:pPr>
        <w:rPr>
          <w:lang w:val="pl-PL"/>
        </w:rPr>
      </w:pPr>
    </w:p>
    <w:p w14:paraId="3C9B7081" w14:textId="77777777" w:rsidR="00D93F68" w:rsidRPr="00DB1FCC" w:rsidRDefault="003C2D89">
      <w:pPr>
        <w:rPr>
          <w:lang w:val="pl-PL"/>
        </w:rPr>
      </w:pPr>
      <w:r w:rsidRPr="00DB1FCC">
        <w:rPr>
          <w:b/>
          <w:lang w:val="pl-PL"/>
        </w:rPr>
        <w:t xml:space="preserve">Zapisovatel: </w:t>
      </w:r>
      <w:r w:rsidR="000F1C87" w:rsidRPr="00DB1FCC">
        <w:rPr>
          <w:lang w:val="pl-PL"/>
        </w:rPr>
        <w:t>Zuz</w:t>
      </w:r>
      <w:r w:rsidR="00D93F68" w:rsidRPr="00DB1FCC">
        <w:rPr>
          <w:lang w:val="pl-PL"/>
        </w:rPr>
        <w:t>ana</w:t>
      </w:r>
      <w:r w:rsidR="000F1C87" w:rsidRPr="00DB1FCC">
        <w:rPr>
          <w:lang w:val="pl-PL"/>
        </w:rPr>
        <w:t xml:space="preserve"> Najvárková</w:t>
      </w:r>
      <w:r w:rsidRPr="00DB1FCC">
        <w:rPr>
          <w:lang w:val="pl-PL"/>
        </w:rPr>
        <w:br/>
      </w:r>
      <w:r w:rsidRPr="00DB1FCC">
        <w:rPr>
          <w:b/>
          <w:lang w:val="pl-PL"/>
        </w:rPr>
        <w:t xml:space="preserve">Ověřovatel: </w:t>
      </w:r>
      <w:r w:rsidR="00D93F68" w:rsidRPr="00DB1FCC">
        <w:rPr>
          <w:lang w:val="pl-PL"/>
        </w:rPr>
        <w:t>Josef</w:t>
      </w:r>
      <w:r w:rsidR="000F1C87" w:rsidRPr="00DB1FCC">
        <w:rPr>
          <w:lang w:val="pl-PL"/>
        </w:rPr>
        <w:t xml:space="preserve"> Kaše</w:t>
      </w:r>
      <w:r w:rsidRPr="00DB1FCC">
        <w:rPr>
          <w:lang w:val="pl-PL"/>
        </w:rPr>
        <w:t xml:space="preserve"> </w:t>
      </w:r>
    </w:p>
    <w:p w14:paraId="1C08035B" w14:textId="342567EC" w:rsidR="00443045" w:rsidRPr="00DB1FCC" w:rsidRDefault="00D93F68">
      <w:pPr>
        <w:rPr>
          <w:lang w:val="pl-PL"/>
        </w:rPr>
      </w:pPr>
      <w:r w:rsidRPr="00DB1FCC">
        <w:rPr>
          <w:b/>
          <w:bCs/>
          <w:lang w:val="pl-PL"/>
        </w:rPr>
        <w:t>Schvaluje</w:t>
      </w:r>
      <w:r w:rsidRPr="00DB1FCC">
        <w:rPr>
          <w:lang w:val="pl-PL"/>
        </w:rPr>
        <w:t>: opat Daniel Janáček</w:t>
      </w:r>
    </w:p>
    <w:p w14:paraId="7A758D9A" w14:textId="77777777" w:rsidR="00443045" w:rsidRPr="00DB1FCC" w:rsidRDefault="003C2D89">
      <w:pPr>
        <w:pStyle w:val="Nadpis1"/>
        <w:rPr>
          <w:lang w:val="pl-PL"/>
        </w:rPr>
      </w:pPr>
      <w:r w:rsidRPr="00DB1FCC">
        <w:rPr>
          <w:lang w:val="pl-PL"/>
        </w:rPr>
        <w:t>1. Organizační záležitosti</w:t>
      </w:r>
    </w:p>
    <w:p w14:paraId="0AC63B18" w14:textId="1880E60F" w:rsidR="00443045" w:rsidRPr="00DB1FCC" w:rsidRDefault="00362CC9">
      <w:pPr>
        <w:pStyle w:val="Seznamsodrkami"/>
        <w:rPr>
          <w:lang w:val="pl-PL"/>
        </w:rPr>
      </w:pPr>
      <w:r w:rsidRPr="00DB1FCC">
        <w:rPr>
          <w:lang w:val="pl-PL"/>
        </w:rPr>
        <w:t>Místopředseda farní rady je Pepa, ostatní fungují jako podpůrný tým.</w:t>
      </w:r>
    </w:p>
    <w:p w14:paraId="71D5BBCB" w14:textId="77777777" w:rsidR="00443045" w:rsidRPr="00DB1FCC" w:rsidRDefault="003C2D89">
      <w:pPr>
        <w:pStyle w:val="Seznamsodrkami"/>
        <w:rPr>
          <w:lang w:val="pl-PL"/>
        </w:rPr>
      </w:pPr>
      <w:r w:rsidRPr="00DB1FCC">
        <w:rPr>
          <w:lang w:val="pl-PL"/>
        </w:rPr>
        <w:t>Funkce sekretáře nebude formálně obsazena.</w:t>
      </w:r>
    </w:p>
    <w:p w14:paraId="2F923DCD" w14:textId="77777777" w:rsidR="00443045" w:rsidRDefault="003C2D89">
      <w:pPr>
        <w:pStyle w:val="Seznamsodrkami"/>
      </w:pPr>
      <w:r>
        <w:t>Zápis bude předán Danielovi ke schválení.</w:t>
      </w:r>
    </w:p>
    <w:p w14:paraId="1859C069" w14:textId="77777777" w:rsidR="00443045" w:rsidRDefault="003C2D89">
      <w:pPr>
        <w:pStyle w:val="Nadpis1"/>
      </w:pPr>
      <w:r>
        <w:t>2. Noc kostelů</w:t>
      </w:r>
    </w:p>
    <w:p w14:paraId="463734F1" w14:textId="77777777" w:rsidR="00443045" w:rsidRDefault="003C2D89">
      <w:pPr>
        <w:pStyle w:val="Seznamsodrkami"/>
      </w:pPr>
      <w:r>
        <w:t>Zahájení v 17:00.</w:t>
      </w:r>
    </w:p>
    <w:p w14:paraId="4EF6CF40" w14:textId="1957E399" w:rsidR="00443045" w:rsidRDefault="003C2D89">
      <w:pPr>
        <w:pStyle w:val="Seznamsodrkami"/>
      </w:pPr>
      <w:r>
        <w:t xml:space="preserve">Téma: </w:t>
      </w:r>
      <w:r w:rsidR="000F1C87">
        <w:t>O</w:t>
      </w:r>
      <w:r>
        <w:t>dvaha.</w:t>
      </w:r>
    </w:p>
    <w:p w14:paraId="6D79B1F3" w14:textId="77777777" w:rsidR="00443045" w:rsidRDefault="003C2D89">
      <w:pPr>
        <w:pStyle w:val="Seznamsodrkami"/>
      </w:pPr>
      <w:r>
        <w:t>Občerstvení zajišťuje Alenka (pečení), pomazánky Speaker 2 a Verča.</w:t>
      </w:r>
    </w:p>
    <w:p w14:paraId="70ACA019" w14:textId="77777777" w:rsidR="00443045" w:rsidRDefault="003C2D89">
      <w:pPr>
        <w:pStyle w:val="Seznamsodrkami"/>
      </w:pPr>
      <w:r>
        <w:t>Předání klíčů v 15:00.</w:t>
      </w:r>
    </w:p>
    <w:p w14:paraId="2986E3C8" w14:textId="77777777" w:rsidR="00443045" w:rsidRDefault="003C2D89">
      <w:pPr>
        <w:pStyle w:val="Seznamsodrkami"/>
      </w:pPr>
      <w:r>
        <w:t>Zajištěna propagace a distribuce letáků.</w:t>
      </w:r>
    </w:p>
    <w:p w14:paraId="0A510F9C" w14:textId="160BC75A" w:rsidR="00ED3014" w:rsidRDefault="003C2D89" w:rsidP="00D8792B">
      <w:pPr>
        <w:pStyle w:val="Seznamsodrkami"/>
      </w:pPr>
      <w:r>
        <w:t>Kaple bude otevřena</w:t>
      </w:r>
      <w:r w:rsidR="004D4A3D">
        <w:t xml:space="preserve"> a</w:t>
      </w:r>
      <w:r>
        <w:t xml:space="preserve"> </w:t>
      </w:r>
      <w:r w:rsidR="00BF4442">
        <w:t>uklizen</w:t>
      </w:r>
      <w:r w:rsidR="002117FF">
        <w:t>a</w:t>
      </w:r>
      <w:r w:rsidR="004D4A3D">
        <w:t xml:space="preserve"> </w:t>
      </w:r>
    </w:p>
    <w:p w14:paraId="36DD3D82" w14:textId="35AF11DF" w:rsidR="00443045" w:rsidRDefault="00D8792B" w:rsidP="00D8792B">
      <w:pPr>
        <w:pStyle w:val="Seznamsodrkami"/>
        <w:numPr>
          <w:ilvl w:val="0"/>
          <w:numId w:val="0"/>
        </w:numPr>
        <w:tabs>
          <w:tab w:val="num" w:pos="360"/>
        </w:tabs>
        <w:ind w:left="426" w:hanging="142"/>
      </w:pPr>
      <w:r w:rsidRPr="000D65C9">
        <w:t xml:space="preserve">  </w:t>
      </w:r>
      <w:r w:rsidR="005B14AD" w:rsidRPr="000B3FFD">
        <w:rPr>
          <w:b/>
          <w:bCs/>
          <w:u w:val="single"/>
        </w:rPr>
        <w:t>Zajistí:</w:t>
      </w:r>
      <w:r w:rsidR="005B14AD">
        <w:t xml:space="preserve"> </w:t>
      </w:r>
      <w:r w:rsidR="004D4A3D">
        <w:t xml:space="preserve">Pepa </w:t>
      </w:r>
      <w:r w:rsidR="003C2D89">
        <w:t xml:space="preserve"> </w:t>
      </w:r>
    </w:p>
    <w:p w14:paraId="608D7380" w14:textId="77777777" w:rsidR="00443045" w:rsidRDefault="003C2D89">
      <w:pPr>
        <w:pStyle w:val="Seznamsodrkami"/>
      </w:pPr>
      <w:r>
        <w:t>Program částečně zveřejněn, proběhne paralelně.</w:t>
      </w:r>
    </w:p>
    <w:p w14:paraId="2D94D616" w14:textId="77777777" w:rsidR="00443045" w:rsidRDefault="003C2D89">
      <w:pPr>
        <w:pStyle w:val="Seznamsodrkami"/>
      </w:pPr>
      <w:r>
        <w:t>Stezka odvahy bude bezpečná a samoobslužná.</w:t>
      </w:r>
    </w:p>
    <w:p w14:paraId="41E5C2A3" w14:textId="77777777" w:rsidR="00443045" w:rsidRDefault="003C2D89">
      <w:pPr>
        <w:pStyle w:val="Seznamsodrkami"/>
      </w:pPr>
      <w:r>
        <w:t>Svíčky zajištěny.</w:t>
      </w:r>
    </w:p>
    <w:p w14:paraId="2668CD58" w14:textId="77777777" w:rsidR="00443045" w:rsidRDefault="003C2D89">
      <w:pPr>
        <w:pStyle w:val="Nadpis1"/>
      </w:pPr>
      <w:r>
        <w:lastRenderedPageBreak/>
        <w:t>3. Příprava na křest / katechumenát</w:t>
      </w:r>
    </w:p>
    <w:p w14:paraId="0785D800" w14:textId="76F3FD72" w:rsidR="005D2992" w:rsidRPr="003C2D89" w:rsidRDefault="005D2992" w:rsidP="005D2992">
      <w:pPr>
        <w:pStyle w:val="Seznamsodrkami"/>
        <w:rPr>
          <w:lang w:val="cs-CZ"/>
        </w:rPr>
      </w:pPr>
      <w:r w:rsidRPr="003C2D89">
        <w:rPr>
          <w:lang w:val="cs-CZ"/>
        </w:rPr>
        <w:t xml:space="preserve">Farnost byla kontaktována zájemcem o přípravu na křest. </w:t>
      </w:r>
    </w:p>
    <w:p w14:paraId="34BC391D" w14:textId="594B0922" w:rsidR="005D2992" w:rsidRPr="003C2D89" w:rsidRDefault="005D2992" w:rsidP="005D2992">
      <w:pPr>
        <w:pStyle w:val="Seznamsodrkami"/>
        <w:rPr>
          <w:lang w:val="cs-CZ"/>
        </w:rPr>
      </w:pPr>
      <w:r w:rsidRPr="003C2D89">
        <w:rPr>
          <w:lang w:val="cs-CZ"/>
        </w:rPr>
        <w:t xml:space="preserve">Proběhne úvodní schůzka, následně setkávání cca 1× měsíčně (pravděpodobně na faře). </w:t>
      </w:r>
    </w:p>
    <w:p w14:paraId="33E7E175" w14:textId="29098F52" w:rsidR="005D2992" w:rsidRPr="005D2992" w:rsidRDefault="005D2992" w:rsidP="005D2992">
      <w:pPr>
        <w:pStyle w:val="Seznamsodrkami"/>
        <w:rPr>
          <w:lang w:val="cs-CZ"/>
        </w:rPr>
      </w:pPr>
      <w:r w:rsidRPr="005D2992">
        <w:rPr>
          <w:lang w:val="cs-CZ"/>
        </w:rPr>
        <w:t xml:space="preserve">Nejbližší možné zařazení do katechumenátu je v období Adventu. </w:t>
      </w:r>
    </w:p>
    <w:p w14:paraId="61C109C3" w14:textId="21B7C927" w:rsidR="005D2992" w:rsidRPr="005D2992" w:rsidRDefault="005D2992" w:rsidP="005D2992">
      <w:pPr>
        <w:pStyle w:val="Seznamsodrkami"/>
        <w:rPr>
          <w:lang w:val="cs-CZ"/>
        </w:rPr>
      </w:pPr>
      <w:r w:rsidRPr="005D2992">
        <w:rPr>
          <w:lang w:val="cs-CZ"/>
        </w:rPr>
        <w:t xml:space="preserve">Příprava může být dlouhodobá (možný křest až o Velikonocích v dalším roce). </w:t>
      </w:r>
    </w:p>
    <w:p w14:paraId="595085A4" w14:textId="44DE894D" w:rsidR="00443045" w:rsidRDefault="005D2992" w:rsidP="00D93F68">
      <w:pPr>
        <w:pStyle w:val="Seznamsodrkami"/>
        <w:rPr>
          <w:lang w:val="cs-CZ"/>
        </w:rPr>
      </w:pPr>
      <w:r w:rsidRPr="005D2992">
        <w:rPr>
          <w:lang w:val="cs-CZ"/>
        </w:rPr>
        <w:t>Zdůrazněna nutnost pravidelné účasti na bohoslužbách a vytrvalosti.</w:t>
      </w:r>
    </w:p>
    <w:p w14:paraId="06FBBAC9" w14:textId="023962A0" w:rsidR="00714433" w:rsidRDefault="00714433" w:rsidP="000D65C9">
      <w:pPr>
        <w:pStyle w:val="Seznamsodrkami"/>
        <w:numPr>
          <w:ilvl w:val="0"/>
          <w:numId w:val="0"/>
        </w:numPr>
        <w:ind w:left="426" w:hanging="142"/>
        <w:rPr>
          <w:lang w:val="cs-CZ"/>
        </w:rPr>
      </w:pPr>
      <w:r w:rsidRPr="000D65C9">
        <w:rPr>
          <w:b/>
          <w:bCs/>
          <w:u w:val="single"/>
          <w:lang w:val="cs-CZ"/>
        </w:rPr>
        <w:t>Úkol:</w:t>
      </w:r>
      <w:r>
        <w:rPr>
          <w:lang w:val="cs-CZ"/>
        </w:rPr>
        <w:t xml:space="preserve"> </w:t>
      </w:r>
      <w:r w:rsidRPr="000F1C87">
        <w:rPr>
          <w:lang w:val="cs-CZ"/>
        </w:rPr>
        <w:t>Navázat kontakt se zájemcem o křest a nastavit harmonogram setkání</w:t>
      </w:r>
    </w:p>
    <w:p w14:paraId="6E89510A" w14:textId="1E2437F3" w:rsidR="00714433" w:rsidRPr="000F1C87" w:rsidRDefault="00714433" w:rsidP="000D65C9">
      <w:pPr>
        <w:pStyle w:val="Seznamsodrkami"/>
        <w:numPr>
          <w:ilvl w:val="0"/>
          <w:numId w:val="0"/>
        </w:numPr>
        <w:ind w:left="426" w:hanging="142"/>
        <w:rPr>
          <w:lang w:val="cs-CZ"/>
        </w:rPr>
      </w:pPr>
      <w:r w:rsidRPr="000D65C9">
        <w:rPr>
          <w:b/>
          <w:bCs/>
          <w:u w:val="single"/>
          <w:lang w:val="cs-CZ"/>
        </w:rPr>
        <w:t>Odpovídá:</w:t>
      </w:r>
      <w:r>
        <w:rPr>
          <w:lang w:val="cs-CZ"/>
        </w:rPr>
        <w:t xml:space="preserve"> Daniel</w:t>
      </w:r>
      <w:r w:rsidR="00866719">
        <w:rPr>
          <w:lang w:val="cs-CZ"/>
        </w:rPr>
        <w:t xml:space="preserve"> a Bára</w:t>
      </w:r>
    </w:p>
    <w:p w14:paraId="567A5BF1" w14:textId="3B255E0F" w:rsidR="00443045" w:rsidRPr="00DB1FCC" w:rsidRDefault="003C2D89" w:rsidP="005D2992">
      <w:pPr>
        <w:pStyle w:val="Nadpis1"/>
        <w:rPr>
          <w:lang w:val="cs-CZ"/>
        </w:rPr>
      </w:pPr>
      <w:r w:rsidRPr="00DB1FCC">
        <w:rPr>
          <w:lang w:val="cs-CZ"/>
        </w:rPr>
        <w:t>4. Biřmování a práce s mládeží</w:t>
      </w:r>
    </w:p>
    <w:p w14:paraId="01F2AD6E" w14:textId="5D247B36" w:rsidR="005D2992" w:rsidRPr="005D2992" w:rsidRDefault="005D2992" w:rsidP="005D2992">
      <w:pPr>
        <w:pStyle w:val="Seznamsodrkami"/>
        <w:rPr>
          <w:lang w:val="cs-CZ"/>
        </w:rPr>
      </w:pPr>
      <w:r w:rsidRPr="005D2992">
        <w:rPr>
          <w:lang w:val="cs-CZ"/>
        </w:rPr>
        <w:t>Dotaz od Olgy Drozdové ohledně přípravy na biřmování.</w:t>
      </w:r>
    </w:p>
    <w:p w14:paraId="55F4134D" w14:textId="77777777" w:rsidR="005D2992" w:rsidRP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V současnosti příprava neběží.</w:t>
      </w:r>
    </w:p>
    <w:p w14:paraId="0F954F9D" w14:textId="77777777" w:rsidR="005D2992" w:rsidRP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3C2D89">
        <w:rPr>
          <w:lang w:val="cs-CZ"/>
        </w:rPr>
        <w:t>Olga bude pozvána k osobnímu setkání.</w:t>
      </w:r>
    </w:p>
    <w:p w14:paraId="6E1BEDF5" w14:textId="77777777" w:rsidR="005D2992" w:rsidRPr="005D2992" w:rsidRDefault="005D2992" w:rsidP="005D2992">
      <w:pPr>
        <w:pStyle w:val="Seznamsodrkami"/>
        <w:rPr>
          <w:lang w:val="cs-CZ"/>
        </w:rPr>
      </w:pPr>
      <w:r w:rsidRPr="005D2992">
        <w:rPr>
          <w:b/>
          <w:bCs/>
          <w:lang w:val="cs-CZ"/>
        </w:rPr>
        <w:t>Další závěry:</w:t>
      </w:r>
    </w:p>
    <w:p w14:paraId="4084CB7C" w14:textId="77777777" w:rsidR="005D2992" w:rsidRP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Mladší ministranti jsou potenciální budoucí kandidáti, zatím však věkově nedostačující.</w:t>
      </w:r>
    </w:p>
    <w:p w14:paraId="417F3B13" w14:textId="77777777" w:rsidR="005D2992" w:rsidRP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Biřmování má být svobodné osobní rozhodnutí.</w:t>
      </w:r>
    </w:p>
    <w:p w14:paraId="490A1860" w14:textId="77777777" w:rsidR="005D2992" w:rsidRPr="005D2992" w:rsidRDefault="005D2992" w:rsidP="005D2992">
      <w:pPr>
        <w:pStyle w:val="Seznamsodrkami"/>
        <w:rPr>
          <w:lang w:val="cs-CZ"/>
        </w:rPr>
      </w:pPr>
      <w:r w:rsidRPr="005D2992">
        <w:rPr>
          <w:b/>
          <w:bCs/>
          <w:lang w:val="cs-CZ"/>
        </w:rPr>
        <w:t>Návrhy:</w:t>
      </w:r>
    </w:p>
    <w:p w14:paraId="2355F7DD" w14:textId="77777777" w:rsidR="005D2992" w:rsidRP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 xml:space="preserve">Vytvořit dotazník ke zjištění zájmu o: </w:t>
      </w:r>
    </w:p>
    <w:p w14:paraId="34129CB9" w14:textId="77777777" w:rsidR="005D2992" w:rsidRP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společenství mládeže</w:t>
      </w:r>
    </w:p>
    <w:p w14:paraId="49132AF7" w14:textId="77777777" w:rsidR="005D2992" w:rsidRP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přípravu na biřmování</w:t>
      </w:r>
    </w:p>
    <w:p w14:paraId="7F6423B0" w14:textId="1164C2A8" w:rsid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Uvažovat o cyklické organizaci přípravy (např. jednou za 4–5 let; orientačně rok 2030).</w:t>
      </w:r>
    </w:p>
    <w:p w14:paraId="7388371B" w14:textId="7573D81C" w:rsidR="00714433" w:rsidRDefault="00714433" w:rsidP="00714433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F75C90">
        <w:rPr>
          <w:b/>
          <w:bCs/>
          <w:u w:val="single"/>
          <w:lang w:val="cs-CZ"/>
        </w:rPr>
        <w:t>Úkol:</w:t>
      </w:r>
      <w:r>
        <w:rPr>
          <w:lang w:val="cs-CZ"/>
        </w:rPr>
        <w:t xml:space="preserve"> </w:t>
      </w:r>
      <w:r w:rsidRPr="000F1C87">
        <w:rPr>
          <w:lang w:val="cs-CZ"/>
        </w:rPr>
        <w:t>Odpovědět Olze Drozdové a domluvit osobní setkání</w:t>
      </w:r>
    </w:p>
    <w:p w14:paraId="7836A726" w14:textId="47B35156" w:rsidR="00714433" w:rsidRDefault="00714433" w:rsidP="00714433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F75C90">
        <w:rPr>
          <w:b/>
          <w:bCs/>
          <w:u w:val="single"/>
          <w:lang w:val="cs-CZ"/>
        </w:rPr>
        <w:t>Odpovídá</w:t>
      </w:r>
      <w:r w:rsidR="003C2D89" w:rsidRPr="00F75C90">
        <w:rPr>
          <w:b/>
          <w:bCs/>
          <w:u w:val="single"/>
          <w:lang w:val="cs-CZ"/>
        </w:rPr>
        <w:t>:</w:t>
      </w:r>
      <w:r>
        <w:rPr>
          <w:lang w:val="cs-CZ"/>
        </w:rPr>
        <w:t xml:space="preserve"> Daniel</w:t>
      </w:r>
      <w:r w:rsidR="00866719">
        <w:rPr>
          <w:lang w:val="cs-CZ"/>
        </w:rPr>
        <w:t xml:space="preserve">, </w:t>
      </w:r>
      <w:r w:rsidR="00FB6F5C">
        <w:rPr>
          <w:lang w:val="cs-CZ"/>
        </w:rPr>
        <w:t xml:space="preserve">Bára, </w:t>
      </w:r>
      <w:r w:rsidR="00866719">
        <w:rPr>
          <w:lang w:val="cs-CZ"/>
        </w:rPr>
        <w:t xml:space="preserve">Bohdana </w:t>
      </w:r>
      <w:r w:rsidR="005C393A">
        <w:rPr>
          <w:lang w:val="cs-CZ"/>
        </w:rPr>
        <w:t>a Pepa</w:t>
      </w:r>
    </w:p>
    <w:p w14:paraId="5BBB4413" w14:textId="77777777" w:rsidR="00714433" w:rsidRPr="000F1C87" w:rsidRDefault="00714433" w:rsidP="00714433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</w:p>
    <w:p w14:paraId="4BB70596" w14:textId="77500C93" w:rsidR="00714433" w:rsidRDefault="00714433" w:rsidP="00714433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704597">
        <w:rPr>
          <w:b/>
          <w:bCs/>
          <w:u w:val="single"/>
          <w:lang w:val="cs-CZ"/>
        </w:rPr>
        <w:t>Úkol:</w:t>
      </w:r>
      <w:r>
        <w:rPr>
          <w:lang w:val="cs-CZ"/>
        </w:rPr>
        <w:t xml:space="preserve"> </w:t>
      </w:r>
      <w:r w:rsidRPr="000F1C87">
        <w:rPr>
          <w:lang w:val="cs-CZ"/>
        </w:rPr>
        <w:t xml:space="preserve">Připravit </w:t>
      </w:r>
      <w:r>
        <w:rPr>
          <w:lang w:val="cs-CZ"/>
        </w:rPr>
        <w:t>a realizovat dotazník/průzkum ve farnosti</w:t>
      </w:r>
    </w:p>
    <w:p w14:paraId="221A694D" w14:textId="3437D812" w:rsidR="00714433" w:rsidRPr="005D2992" w:rsidRDefault="00714433" w:rsidP="00714433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704597">
        <w:rPr>
          <w:b/>
          <w:bCs/>
          <w:u w:val="single"/>
          <w:lang w:val="cs-CZ"/>
        </w:rPr>
        <w:t>Odpovídá:</w:t>
      </w:r>
      <w:r>
        <w:rPr>
          <w:lang w:val="cs-CZ"/>
        </w:rPr>
        <w:t xml:space="preserve"> Bohdana</w:t>
      </w:r>
    </w:p>
    <w:p w14:paraId="618C6119" w14:textId="77777777" w:rsidR="00714433" w:rsidRPr="005D2992" w:rsidRDefault="00714433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</w:p>
    <w:p w14:paraId="342511DC" w14:textId="77777777" w:rsidR="00443045" w:rsidRPr="00DB1FCC" w:rsidRDefault="003C2D89">
      <w:pPr>
        <w:pStyle w:val="Nadpis1"/>
        <w:rPr>
          <w:lang w:val="cs-CZ"/>
        </w:rPr>
      </w:pPr>
      <w:r w:rsidRPr="00DB1FCC">
        <w:rPr>
          <w:lang w:val="cs-CZ"/>
        </w:rPr>
        <w:t>5. Plánované akce a provoz</w:t>
      </w:r>
    </w:p>
    <w:p w14:paraId="101BE7CB" w14:textId="77777777" w:rsidR="005D2992" w:rsidRPr="005D2992" w:rsidRDefault="005D2992" w:rsidP="005D2992">
      <w:pPr>
        <w:pStyle w:val="Seznamsodrkami"/>
        <w:rPr>
          <w:lang w:val="cs-CZ"/>
        </w:rPr>
      </w:pPr>
      <w:r w:rsidRPr="005D2992">
        <w:rPr>
          <w:b/>
          <w:bCs/>
          <w:lang w:val="cs-CZ"/>
        </w:rPr>
        <w:t>Setkání dětí:</w:t>
      </w:r>
    </w:p>
    <w:p w14:paraId="19980637" w14:textId="2C97A737" w:rsidR="005D2992" w:rsidRP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Termín: 1</w:t>
      </w:r>
      <w:r w:rsidR="00362CC9">
        <w:rPr>
          <w:lang w:val="cs-CZ"/>
        </w:rPr>
        <w:t>2</w:t>
      </w:r>
      <w:r w:rsidRPr="005D2992">
        <w:rPr>
          <w:lang w:val="cs-CZ"/>
        </w:rPr>
        <w:t>. června</w:t>
      </w:r>
    </w:p>
    <w:p w14:paraId="7833354B" w14:textId="77777777" w:rsidR="005D2992" w:rsidRP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Možnost rozšíření o setkání dospělých (grilování)</w:t>
      </w:r>
    </w:p>
    <w:p w14:paraId="5F90877A" w14:textId="0AA5A0E8" w:rsidR="005D2992" w:rsidRDefault="00CB7373" w:rsidP="005935D7">
      <w:pPr>
        <w:pStyle w:val="Seznamsodrkami"/>
        <w:numPr>
          <w:ilvl w:val="0"/>
          <w:numId w:val="0"/>
        </w:numPr>
        <w:rPr>
          <w:lang w:val="cs-CZ"/>
        </w:rPr>
      </w:pPr>
      <w:r>
        <w:rPr>
          <w:lang w:val="cs-CZ"/>
        </w:rPr>
        <w:t>P</w:t>
      </w:r>
      <w:r w:rsidR="005D2992" w:rsidRPr="005D2992">
        <w:rPr>
          <w:lang w:val="cs-CZ"/>
        </w:rPr>
        <w:t>řespání dětí na faře</w:t>
      </w:r>
    </w:p>
    <w:p w14:paraId="6A9FDACF" w14:textId="147DD778" w:rsidR="002D2BF7" w:rsidRPr="005D2992" w:rsidRDefault="002D2BF7" w:rsidP="007610F6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704597">
        <w:rPr>
          <w:b/>
          <w:bCs/>
          <w:u w:val="single"/>
          <w:lang w:val="cs-CZ"/>
        </w:rPr>
        <w:t>O</w:t>
      </w:r>
      <w:r w:rsidR="00316A1E" w:rsidRPr="00704597">
        <w:rPr>
          <w:b/>
          <w:bCs/>
          <w:u w:val="single"/>
          <w:lang w:val="cs-CZ"/>
        </w:rPr>
        <w:t>rganizuje</w:t>
      </w:r>
      <w:r w:rsidRPr="00704597">
        <w:rPr>
          <w:b/>
          <w:bCs/>
          <w:u w:val="single"/>
          <w:lang w:val="cs-CZ"/>
        </w:rPr>
        <w:t>:</w:t>
      </w:r>
      <w:r>
        <w:rPr>
          <w:lang w:val="cs-CZ"/>
        </w:rPr>
        <w:t xml:space="preserve"> Bára</w:t>
      </w:r>
    </w:p>
    <w:p w14:paraId="4D264AC4" w14:textId="495116E0" w:rsidR="007146BD" w:rsidRDefault="007146BD" w:rsidP="005D2992">
      <w:pPr>
        <w:pStyle w:val="Seznamsodrkami"/>
        <w:rPr>
          <w:b/>
          <w:lang w:val="cs-CZ"/>
        </w:rPr>
      </w:pPr>
      <w:r w:rsidRPr="007146BD">
        <w:rPr>
          <w:b/>
          <w:lang w:val="cs-CZ"/>
        </w:rPr>
        <w:t>Farní výlet Litoměřice</w:t>
      </w:r>
    </w:p>
    <w:p w14:paraId="3AB536C4" w14:textId="77777777" w:rsidR="00040D02" w:rsidRDefault="007146BD" w:rsidP="007146BD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7146BD">
        <w:rPr>
          <w:lang w:val="cs-CZ"/>
        </w:rPr>
        <w:t>Termín</w:t>
      </w:r>
      <w:r>
        <w:rPr>
          <w:lang w:val="cs-CZ"/>
        </w:rPr>
        <w:t>: 19. - 21.6.</w:t>
      </w:r>
      <w:r w:rsidR="00040D02">
        <w:rPr>
          <w:lang w:val="cs-CZ"/>
        </w:rPr>
        <w:t>2026</w:t>
      </w:r>
    </w:p>
    <w:p w14:paraId="46E75D3A" w14:textId="3AE7638F" w:rsidR="007146BD" w:rsidRPr="007146BD" w:rsidRDefault="00040D02" w:rsidP="007610F6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7610F6">
        <w:rPr>
          <w:b/>
          <w:bCs/>
          <w:u w:val="single"/>
          <w:lang w:val="cs-CZ"/>
        </w:rPr>
        <w:t>Organizuje:</w:t>
      </w:r>
      <w:r>
        <w:rPr>
          <w:lang w:val="cs-CZ"/>
        </w:rPr>
        <w:t xml:space="preserve"> Jirka N. </w:t>
      </w:r>
      <w:r w:rsidR="000F3B65">
        <w:rPr>
          <w:lang w:val="cs-CZ"/>
        </w:rPr>
        <w:t>a Bohdana</w:t>
      </w:r>
    </w:p>
    <w:p w14:paraId="46AA33E7" w14:textId="3120A9FE" w:rsidR="005D2992" w:rsidRPr="005D2992" w:rsidRDefault="005D2992" w:rsidP="005D2992">
      <w:pPr>
        <w:pStyle w:val="Seznamsodrkami"/>
        <w:rPr>
          <w:lang w:val="cs-CZ"/>
        </w:rPr>
      </w:pPr>
      <w:r w:rsidRPr="005D2992">
        <w:rPr>
          <w:b/>
          <w:bCs/>
          <w:lang w:val="cs-CZ"/>
        </w:rPr>
        <w:t>Farní výlet (Milevsko):</w:t>
      </w:r>
    </w:p>
    <w:p w14:paraId="0A9603EE" w14:textId="77777777" w:rsidR="005D2992" w:rsidRP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Termín: sobota 19. září</w:t>
      </w:r>
    </w:p>
    <w:p w14:paraId="29133D4F" w14:textId="7D52AE89" w:rsidR="007146BD" w:rsidRDefault="007146BD" w:rsidP="007146BD">
      <w:pPr>
        <w:pStyle w:val="Seznamsodrkami"/>
        <w:numPr>
          <w:ilvl w:val="0"/>
          <w:numId w:val="0"/>
        </w:numPr>
        <w:rPr>
          <w:lang w:val="cs-CZ"/>
        </w:rPr>
      </w:pPr>
      <w:r w:rsidRPr="007610F6">
        <w:rPr>
          <w:b/>
          <w:bCs/>
          <w:u w:val="single"/>
          <w:lang w:val="cs-CZ"/>
        </w:rPr>
        <w:t>Úkol</w:t>
      </w:r>
      <w:r w:rsidR="007132BB" w:rsidRPr="007610F6">
        <w:rPr>
          <w:b/>
          <w:bCs/>
          <w:u w:val="single"/>
          <w:lang w:val="cs-CZ"/>
        </w:rPr>
        <w:t xml:space="preserve"> pro</w:t>
      </w:r>
      <w:r w:rsidRPr="007610F6">
        <w:rPr>
          <w:b/>
          <w:bCs/>
          <w:u w:val="single"/>
          <w:lang w:val="cs-CZ"/>
        </w:rPr>
        <w:t>:</w:t>
      </w:r>
      <w:r>
        <w:rPr>
          <w:lang w:val="cs-CZ"/>
        </w:rPr>
        <w:t xml:space="preserve"> Gust</w:t>
      </w:r>
      <w:r w:rsidR="00703EA3">
        <w:rPr>
          <w:lang w:val="cs-CZ"/>
        </w:rPr>
        <w:t>a</w:t>
      </w:r>
      <w:r>
        <w:rPr>
          <w:lang w:val="cs-CZ"/>
        </w:rPr>
        <w:t xml:space="preserve"> společně s Danielem zajistí koordinaci a program</w:t>
      </w:r>
    </w:p>
    <w:p w14:paraId="14ADD130" w14:textId="77777777" w:rsidR="007146BD" w:rsidRDefault="007146BD" w:rsidP="007146BD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</w:p>
    <w:p w14:paraId="786757A6" w14:textId="1B6A5A82" w:rsidR="005D2992" w:rsidRPr="005D2992" w:rsidRDefault="005D2992" w:rsidP="007146BD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5D2992">
        <w:rPr>
          <w:b/>
          <w:bCs/>
          <w:lang w:val="cs-CZ"/>
        </w:rPr>
        <w:lastRenderedPageBreak/>
        <w:t>Technické záležitosti (oprav</w:t>
      </w:r>
      <w:r w:rsidR="00BC25F6">
        <w:rPr>
          <w:b/>
          <w:bCs/>
          <w:lang w:val="cs-CZ"/>
        </w:rPr>
        <w:t>a varhan</w:t>
      </w:r>
      <w:r w:rsidRPr="005D2992">
        <w:rPr>
          <w:b/>
          <w:bCs/>
          <w:lang w:val="cs-CZ"/>
        </w:rPr>
        <w:t>):</w:t>
      </w:r>
    </w:p>
    <w:p w14:paraId="7B628510" w14:textId="5C396045" w:rsidR="007146BD" w:rsidRDefault="007146BD" w:rsidP="00C86743">
      <w:pPr>
        <w:pStyle w:val="Seznamsodrkami"/>
        <w:numPr>
          <w:ilvl w:val="0"/>
          <w:numId w:val="15"/>
        </w:numPr>
        <w:rPr>
          <w:lang w:val="cs-CZ"/>
        </w:rPr>
      </w:pPr>
      <w:r>
        <w:rPr>
          <w:lang w:val="cs-CZ"/>
        </w:rPr>
        <w:t>Oprava varhan.</w:t>
      </w:r>
    </w:p>
    <w:p w14:paraId="2F9A6362" w14:textId="5FD93645" w:rsidR="005D2992" w:rsidRDefault="0011701A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>
        <w:rPr>
          <w:lang w:val="cs-CZ"/>
        </w:rPr>
        <w:t>Navrhované řešení: v</w:t>
      </w:r>
      <w:r w:rsidR="007146BD">
        <w:rPr>
          <w:lang w:val="cs-CZ"/>
        </w:rPr>
        <w:t>y</w:t>
      </w:r>
      <w:r>
        <w:rPr>
          <w:lang w:val="cs-CZ"/>
        </w:rPr>
        <w:t>h</w:t>
      </w:r>
      <w:r w:rsidR="007146BD">
        <w:rPr>
          <w:lang w:val="cs-CZ"/>
        </w:rPr>
        <w:t>lás</w:t>
      </w:r>
      <w:r>
        <w:rPr>
          <w:lang w:val="cs-CZ"/>
        </w:rPr>
        <w:t>it</w:t>
      </w:r>
      <w:r w:rsidR="007146BD">
        <w:rPr>
          <w:lang w:val="cs-CZ"/>
        </w:rPr>
        <w:t xml:space="preserve"> sbírku za účelem </w:t>
      </w:r>
      <w:r>
        <w:rPr>
          <w:lang w:val="cs-CZ"/>
        </w:rPr>
        <w:t>financování opravy varhan</w:t>
      </w:r>
    </w:p>
    <w:p w14:paraId="2B03D07B" w14:textId="2A3AA9AE" w:rsidR="0011701A" w:rsidRDefault="0011701A" w:rsidP="00C86743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E04899">
        <w:rPr>
          <w:b/>
          <w:bCs/>
          <w:u w:val="single"/>
          <w:lang w:val="cs-CZ"/>
        </w:rPr>
        <w:t>Úkol</w:t>
      </w:r>
      <w:r w:rsidRPr="00E04899">
        <w:rPr>
          <w:b/>
          <w:bCs/>
          <w:lang w:val="cs-CZ"/>
        </w:rPr>
        <w:t>:</w:t>
      </w:r>
      <w:r>
        <w:rPr>
          <w:lang w:val="cs-CZ"/>
        </w:rPr>
        <w:t xml:space="preserve"> Petr společně s Danielem zajistí vygenerování QR kódu (jednoznačné identifikace</w:t>
      </w:r>
      <w:r w:rsidR="00C86743">
        <w:rPr>
          <w:lang w:val="cs-CZ"/>
        </w:rPr>
        <w:t xml:space="preserve"> platby</w:t>
      </w:r>
      <w:r>
        <w:rPr>
          <w:lang w:val="cs-CZ"/>
        </w:rPr>
        <w:t>)</w:t>
      </w:r>
      <w:r w:rsidR="00C86743">
        <w:rPr>
          <w:lang w:val="cs-CZ"/>
        </w:rPr>
        <w:t>. Zároveň</w:t>
      </w:r>
      <w:r>
        <w:rPr>
          <w:lang w:val="cs-CZ"/>
        </w:rPr>
        <w:t xml:space="preserve"> Daniel</w:t>
      </w:r>
      <w:r w:rsidR="0044793D">
        <w:rPr>
          <w:lang w:val="cs-CZ"/>
        </w:rPr>
        <w:t xml:space="preserve"> a Petr</w:t>
      </w:r>
      <w:r>
        <w:rPr>
          <w:lang w:val="cs-CZ"/>
        </w:rPr>
        <w:t xml:space="preserve"> vyhlásí sbírku</w:t>
      </w:r>
      <w:r w:rsidR="00C86743">
        <w:rPr>
          <w:lang w:val="cs-CZ"/>
        </w:rPr>
        <w:t>.</w:t>
      </w:r>
      <w:r>
        <w:rPr>
          <w:lang w:val="cs-CZ"/>
        </w:rPr>
        <w:t xml:space="preserve"> </w:t>
      </w:r>
    </w:p>
    <w:p w14:paraId="04106E07" w14:textId="77777777" w:rsidR="0011701A" w:rsidRPr="005D2992" w:rsidRDefault="0011701A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</w:p>
    <w:p w14:paraId="50E3659E" w14:textId="77777777" w:rsidR="005D2992" w:rsidRPr="005D2992" w:rsidRDefault="005D2992" w:rsidP="005D2992">
      <w:pPr>
        <w:pStyle w:val="Seznamsodrkami"/>
        <w:rPr>
          <w:lang w:val="cs-CZ"/>
        </w:rPr>
      </w:pPr>
      <w:r w:rsidRPr="005D2992">
        <w:rPr>
          <w:b/>
          <w:bCs/>
          <w:lang w:val="cs-CZ"/>
        </w:rPr>
        <w:t>Hudební vybavení:</w:t>
      </w:r>
    </w:p>
    <w:p w14:paraId="3EBE2F06" w14:textId="2870D3DA" w:rsidR="005D2992" w:rsidRPr="005D2992" w:rsidRDefault="003C2D89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>
        <w:rPr>
          <w:lang w:val="cs-CZ"/>
        </w:rPr>
        <w:t>Přednesen p</w:t>
      </w:r>
      <w:r w:rsidR="005D2992" w:rsidRPr="005D2992">
        <w:rPr>
          <w:lang w:val="cs-CZ"/>
        </w:rPr>
        <w:t xml:space="preserve">ožadavek </w:t>
      </w:r>
      <w:r>
        <w:rPr>
          <w:lang w:val="cs-CZ"/>
        </w:rPr>
        <w:t xml:space="preserve">od varhanice </w:t>
      </w:r>
      <w:r w:rsidR="005D2992" w:rsidRPr="005D2992">
        <w:rPr>
          <w:lang w:val="cs-CZ"/>
        </w:rPr>
        <w:t>na</w:t>
      </w:r>
      <w:r>
        <w:rPr>
          <w:lang w:val="cs-CZ"/>
        </w:rPr>
        <w:t xml:space="preserve"> nákup</w:t>
      </w:r>
      <w:r w:rsidR="005D2992" w:rsidRPr="005D2992">
        <w:rPr>
          <w:lang w:val="cs-CZ"/>
        </w:rPr>
        <w:t xml:space="preserve">: </w:t>
      </w:r>
    </w:p>
    <w:p w14:paraId="211EBDBE" w14:textId="195F4BDC" w:rsidR="005D2992" w:rsidRPr="005D2992" w:rsidRDefault="00C86743" w:rsidP="00C86743">
      <w:pPr>
        <w:pStyle w:val="Seznamsodrkami"/>
        <w:numPr>
          <w:ilvl w:val="0"/>
          <w:numId w:val="16"/>
        </w:numPr>
        <w:rPr>
          <w:lang w:val="cs-CZ"/>
        </w:rPr>
      </w:pPr>
      <w:r w:rsidRPr="005D2992">
        <w:rPr>
          <w:lang w:val="cs-CZ"/>
        </w:rPr>
        <w:t>Ž</w:t>
      </w:r>
      <w:r w:rsidR="005D2992" w:rsidRPr="005D2992">
        <w:rPr>
          <w:lang w:val="cs-CZ"/>
        </w:rPr>
        <w:t>altář</w:t>
      </w:r>
      <w:r w:rsidR="003C2D89">
        <w:rPr>
          <w:lang w:val="cs-CZ"/>
        </w:rPr>
        <w:t>e</w:t>
      </w:r>
    </w:p>
    <w:p w14:paraId="3361DD38" w14:textId="3BA2D863" w:rsidR="005D2992" w:rsidRPr="005D2992" w:rsidRDefault="005D2992" w:rsidP="00C86743">
      <w:pPr>
        <w:pStyle w:val="Seznamsodrkami"/>
        <w:numPr>
          <w:ilvl w:val="0"/>
          <w:numId w:val="16"/>
        </w:numPr>
        <w:rPr>
          <w:lang w:val="cs-CZ"/>
        </w:rPr>
      </w:pPr>
      <w:r w:rsidRPr="005D2992">
        <w:rPr>
          <w:lang w:val="cs-CZ"/>
        </w:rPr>
        <w:t xml:space="preserve">cca 50 </w:t>
      </w:r>
      <w:r w:rsidR="00C86743">
        <w:rPr>
          <w:lang w:val="cs-CZ"/>
        </w:rPr>
        <w:t xml:space="preserve">nových </w:t>
      </w:r>
      <w:r w:rsidRPr="005D2992">
        <w:rPr>
          <w:lang w:val="cs-CZ"/>
        </w:rPr>
        <w:t>kancionálů</w:t>
      </w:r>
    </w:p>
    <w:p w14:paraId="4C7073DA" w14:textId="0DF91262" w:rsidR="005D2992" w:rsidRPr="005D2992" w:rsidRDefault="005D2992" w:rsidP="00C86743">
      <w:pPr>
        <w:pStyle w:val="Seznamsodrkami"/>
        <w:numPr>
          <w:ilvl w:val="0"/>
          <w:numId w:val="16"/>
        </w:numPr>
        <w:rPr>
          <w:lang w:val="cs-CZ"/>
        </w:rPr>
      </w:pPr>
      <w:r w:rsidRPr="005D2992">
        <w:rPr>
          <w:lang w:val="cs-CZ"/>
        </w:rPr>
        <w:t>varhanní</w:t>
      </w:r>
      <w:r w:rsidR="003C2D89">
        <w:rPr>
          <w:lang w:val="cs-CZ"/>
        </w:rPr>
        <w:t>ho</w:t>
      </w:r>
      <w:r w:rsidRPr="005D2992">
        <w:rPr>
          <w:lang w:val="cs-CZ"/>
        </w:rPr>
        <w:t xml:space="preserve"> </w:t>
      </w:r>
      <w:r w:rsidR="003C2D89">
        <w:rPr>
          <w:lang w:val="cs-CZ"/>
        </w:rPr>
        <w:t>doprovodu</w:t>
      </w:r>
    </w:p>
    <w:p w14:paraId="36A5625B" w14:textId="473DAFA2" w:rsidR="0011701A" w:rsidRDefault="0011701A" w:rsidP="00FA4574">
      <w:pPr>
        <w:pStyle w:val="Seznamsodrkami"/>
        <w:numPr>
          <w:ilvl w:val="0"/>
          <w:numId w:val="0"/>
        </w:numPr>
        <w:ind w:left="567" w:hanging="567"/>
        <w:rPr>
          <w:lang w:val="cs-CZ"/>
        </w:rPr>
      </w:pPr>
      <w:r w:rsidRPr="00FA4574">
        <w:rPr>
          <w:b/>
          <w:bCs/>
          <w:u w:val="single"/>
          <w:lang w:val="cs-CZ"/>
        </w:rPr>
        <w:t>Úkol</w:t>
      </w:r>
      <w:r w:rsidRPr="00FA4574">
        <w:rPr>
          <w:b/>
          <w:bCs/>
          <w:lang w:val="cs-CZ"/>
        </w:rPr>
        <w:t>:</w:t>
      </w:r>
      <w:r>
        <w:rPr>
          <w:lang w:val="cs-CZ"/>
        </w:rPr>
        <w:t xml:space="preserve"> předat varhanici informaci, že žaltář a varhanní doprovod může zakoupit a následně si nechat proplatit</w:t>
      </w:r>
    </w:p>
    <w:p w14:paraId="2487BB56" w14:textId="01585B51" w:rsidR="0011701A" w:rsidRDefault="0011701A" w:rsidP="00FA4574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004A60">
        <w:rPr>
          <w:b/>
          <w:bCs/>
          <w:u w:val="single"/>
          <w:lang w:val="cs-CZ"/>
        </w:rPr>
        <w:t>Odpovídá</w:t>
      </w:r>
      <w:r w:rsidRPr="00004A60">
        <w:rPr>
          <w:b/>
          <w:bCs/>
          <w:lang w:val="cs-CZ"/>
        </w:rPr>
        <w:t>:</w:t>
      </w:r>
      <w:r>
        <w:rPr>
          <w:lang w:val="cs-CZ"/>
        </w:rPr>
        <w:t xml:space="preserve"> Bohdana</w:t>
      </w:r>
      <w:r w:rsidR="0030204D">
        <w:rPr>
          <w:lang w:val="cs-CZ"/>
        </w:rPr>
        <w:t xml:space="preserve"> a Pepa</w:t>
      </w:r>
    </w:p>
    <w:p w14:paraId="0042348D" w14:textId="0FD6E0A3" w:rsidR="0011701A" w:rsidRDefault="0011701A" w:rsidP="00FA4574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004A60">
        <w:rPr>
          <w:b/>
          <w:bCs/>
          <w:u w:val="single"/>
          <w:lang w:val="cs-CZ"/>
        </w:rPr>
        <w:t>Úkol:</w:t>
      </w:r>
      <w:r>
        <w:rPr>
          <w:lang w:val="cs-CZ"/>
        </w:rPr>
        <w:t xml:space="preserve"> Zjistit cenu nových kancionálů a předložit na další pastorační radě</w:t>
      </w:r>
    </w:p>
    <w:p w14:paraId="4174857C" w14:textId="7B8D7EE0" w:rsidR="0011701A" w:rsidRDefault="0011701A" w:rsidP="00FA4574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FA4574">
        <w:rPr>
          <w:b/>
          <w:bCs/>
          <w:u w:val="single"/>
          <w:lang w:val="cs-CZ"/>
        </w:rPr>
        <w:t>Odpovídá</w:t>
      </w:r>
      <w:r w:rsidRPr="00FA4574">
        <w:rPr>
          <w:b/>
          <w:bCs/>
          <w:lang w:val="cs-CZ"/>
        </w:rPr>
        <w:t>:</w:t>
      </w:r>
      <w:r>
        <w:rPr>
          <w:lang w:val="cs-CZ"/>
        </w:rPr>
        <w:t xml:space="preserve"> Bohdana</w:t>
      </w:r>
      <w:r w:rsidR="002261F7">
        <w:rPr>
          <w:lang w:val="cs-CZ"/>
        </w:rPr>
        <w:t xml:space="preserve"> a Pepa</w:t>
      </w:r>
    </w:p>
    <w:p w14:paraId="1216ABFD" w14:textId="77777777" w:rsidR="005D2992" w:rsidRPr="005D2992" w:rsidRDefault="005D2992" w:rsidP="005D2992">
      <w:pPr>
        <w:pStyle w:val="Seznamsodrkami"/>
        <w:rPr>
          <w:lang w:val="cs-CZ"/>
        </w:rPr>
      </w:pPr>
      <w:r w:rsidRPr="005D2992">
        <w:rPr>
          <w:b/>
          <w:bCs/>
          <w:lang w:val="cs-CZ"/>
        </w:rPr>
        <w:t>Další informace:</w:t>
      </w:r>
    </w:p>
    <w:p w14:paraId="0AD0C335" w14:textId="5A8BB028" w:rsid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Veřejné setkání obce k tématu „</w:t>
      </w:r>
      <w:r>
        <w:rPr>
          <w:lang w:val="cs-CZ"/>
        </w:rPr>
        <w:t>rekonstrukce č.p.1+ přilehlé pozemky</w:t>
      </w:r>
      <w:r w:rsidRPr="005D2992">
        <w:rPr>
          <w:lang w:val="cs-CZ"/>
        </w:rPr>
        <w:t>“: 28. května (Stodola)</w:t>
      </w:r>
    </w:p>
    <w:p w14:paraId="6D5F67C1" w14:textId="20E84A84" w:rsidR="004E70EC" w:rsidRPr="005D2992" w:rsidRDefault="008C1854" w:rsidP="0030204D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30204D">
        <w:rPr>
          <w:b/>
          <w:bCs/>
          <w:u w:val="single"/>
          <w:lang w:val="cs-CZ"/>
        </w:rPr>
        <w:t>Odpovídá:</w:t>
      </w:r>
      <w:r>
        <w:rPr>
          <w:lang w:val="cs-CZ"/>
        </w:rPr>
        <w:t xml:space="preserve"> Daniel</w:t>
      </w:r>
    </w:p>
    <w:p w14:paraId="05DD87DF" w14:textId="20964341" w:rsidR="005D2992" w:rsidRDefault="005D2992" w:rsidP="005D2992">
      <w:pPr>
        <w:pStyle w:val="Seznamsodrkami"/>
        <w:numPr>
          <w:ilvl w:val="0"/>
          <w:numId w:val="0"/>
        </w:numPr>
        <w:ind w:left="360"/>
        <w:rPr>
          <w:lang w:val="cs-CZ"/>
        </w:rPr>
      </w:pPr>
      <w:r w:rsidRPr="005D2992">
        <w:rPr>
          <w:lang w:val="cs-CZ"/>
        </w:rPr>
        <w:t>Návrh na společenskou akci (grilování / cyklovýlet</w:t>
      </w:r>
      <w:r w:rsidR="0066395D">
        <w:rPr>
          <w:lang w:val="cs-CZ"/>
        </w:rPr>
        <w:t xml:space="preserve"> např. na Strahov</w:t>
      </w:r>
      <w:r w:rsidRPr="005D2992">
        <w:rPr>
          <w:lang w:val="cs-CZ"/>
        </w:rPr>
        <w:t>)</w:t>
      </w:r>
    </w:p>
    <w:p w14:paraId="312E9AEE" w14:textId="1297EF9C" w:rsidR="003C2D89" w:rsidRPr="005D2992" w:rsidRDefault="003C2D89" w:rsidP="00C86743">
      <w:pPr>
        <w:pStyle w:val="Seznamsodrkami"/>
        <w:numPr>
          <w:ilvl w:val="0"/>
          <w:numId w:val="0"/>
        </w:numPr>
        <w:ind w:left="360" w:hanging="360"/>
        <w:rPr>
          <w:lang w:val="cs-CZ"/>
        </w:rPr>
      </w:pPr>
      <w:r w:rsidRPr="0030204D">
        <w:rPr>
          <w:b/>
          <w:bCs/>
          <w:u w:val="single"/>
          <w:lang w:val="cs-CZ"/>
        </w:rPr>
        <w:t>Úkol:</w:t>
      </w:r>
      <w:r>
        <w:rPr>
          <w:lang w:val="cs-CZ"/>
        </w:rPr>
        <w:t xml:space="preserve"> Daniel navrhne termín</w:t>
      </w:r>
    </w:p>
    <w:p w14:paraId="55BB95BF" w14:textId="77777777" w:rsidR="00443045" w:rsidRDefault="003C2D89">
      <w:pPr>
        <w:pStyle w:val="Nadpis1"/>
      </w:pPr>
      <w:r>
        <w:t>6. Termín příštího setkání</w:t>
      </w:r>
    </w:p>
    <w:p w14:paraId="186C9150" w14:textId="1F018DD5" w:rsidR="00443045" w:rsidRDefault="003C2D89">
      <w:pPr>
        <w:pStyle w:val="Seznamsodrkami"/>
      </w:pPr>
      <w:r>
        <w:t xml:space="preserve">Čtvrtek </w:t>
      </w:r>
      <w:r w:rsidR="00EC737F">
        <w:t>0</w:t>
      </w:r>
      <w:r>
        <w:t>8. října.</w:t>
      </w:r>
    </w:p>
    <w:p w14:paraId="181A288B" w14:textId="2D227C26" w:rsidR="000F1C87" w:rsidRPr="00C86743" w:rsidRDefault="000F1C87" w:rsidP="00EC737F">
      <w:pPr>
        <w:pStyle w:val="Seznamsodrkami"/>
        <w:numPr>
          <w:ilvl w:val="0"/>
          <w:numId w:val="0"/>
        </w:numPr>
        <w:rPr>
          <w:highlight w:val="yellow"/>
          <w:lang w:val="cs-CZ"/>
        </w:rPr>
      </w:pPr>
    </w:p>
    <w:sectPr w:rsidR="000F1C87" w:rsidRPr="00C86743" w:rsidSect="005935D7">
      <w:pgSz w:w="12240" w:h="15840"/>
      <w:pgMar w:top="1440" w:right="1183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F823D2"/>
    <w:multiLevelType w:val="hybridMultilevel"/>
    <w:tmpl w:val="D9AEA4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953E63"/>
    <w:multiLevelType w:val="multilevel"/>
    <w:tmpl w:val="44C6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9207EE"/>
    <w:multiLevelType w:val="multilevel"/>
    <w:tmpl w:val="D85A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D4212E"/>
    <w:multiLevelType w:val="hybridMultilevel"/>
    <w:tmpl w:val="43848516"/>
    <w:lvl w:ilvl="0" w:tplc="DAAECFA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20488"/>
    <w:multiLevelType w:val="multilevel"/>
    <w:tmpl w:val="2B76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2471DA"/>
    <w:multiLevelType w:val="multilevel"/>
    <w:tmpl w:val="F8DC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727774"/>
    <w:multiLevelType w:val="multilevel"/>
    <w:tmpl w:val="FF50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135249">
    <w:abstractNumId w:val="8"/>
  </w:num>
  <w:num w:numId="2" w16cid:durableId="952514277">
    <w:abstractNumId w:val="6"/>
  </w:num>
  <w:num w:numId="3" w16cid:durableId="1964576173">
    <w:abstractNumId w:val="5"/>
  </w:num>
  <w:num w:numId="4" w16cid:durableId="630329755">
    <w:abstractNumId w:val="4"/>
  </w:num>
  <w:num w:numId="5" w16cid:durableId="2006936339">
    <w:abstractNumId w:val="7"/>
  </w:num>
  <w:num w:numId="6" w16cid:durableId="1887058936">
    <w:abstractNumId w:val="3"/>
  </w:num>
  <w:num w:numId="7" w16cid:durableId="1092776613">
    <w:abstractNumId w:val="2"/>
  </w:num>
  <w:num w:numId="8" w16cid:durableId="1086606899">
    <w:abstractNumId w:val="1"/>
  </w:num>
  <w:num w:numId="9" w16cid:durableId="1989240702">
    <w:abstractNumId w:val="0"/>
  </w:num>
  <w:num w:numId="10" w16cid:durableId="144469522">
    <w:abstractNumId w:val="15"/>
  </w:num>
  <w:num w:numId="11" w16cid:durableId="1450390322">
    <w:abstractNumId w:val="13"/>
  </w:num>
  <w:num w:numId="12" w16cid:durableId="854421632">
    <w:abstractNumId w:val="10"/>
  </w:num>
  <w:num w:numId="13" w16cid:durableId="1289896921">
    <w:abstractNumId w:val="11"/>
  </w:num>
  <w:num w:numId="14" w16cid:durableId="409473547">
    <w:abstractNumId w:val="14"/>
  </w:num>
  <w:num w:numId="15" w16cid:durableId="1868371414">
    <w:abstractNumId w:val="9"/>
  </w:num>
  <w:num w:numId="16" w16cid:durableId="7648883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4A60"/>
    <w:rsid w:val="00034616"/>
    <w:rsid w:val="00040D02"/>
    <w:rsid w:val="0006063C"/>
    <w:rsid w:val="000B3FFD"/>
    <w:rsid w:val="000D65C9"/>
    <w:rsid w:val="000F1C87"/>
    <w:rsid w:val="000F3B65"/>
    <w:rsid w:val="0011701A"/>
    <w:rsid w:val="0015074B"/>
    <w:rsid w:val="002117FF"/>
    <w:rsid w:val="002261F7"/>
    <w:rsid w:val="0029639D"/>
    <w:rsid w:val="002D2BF7"/>
    <w:rsid w:val="0030204D"/>
    <w:rsid w:val="00316A1E"/>
    <w:rsid w:val="00326F90"/>
    <w:rsid w:val="00332E10"/>
    <w:rsid w:val="00362CC9"/>
    <w:rsid w:val="003C2D89"/>
    <w:rsid w:val="00443045"/>
    <w:rsid w:val="0044793D"/>
    <w:rsid w:val="00490DC7"/>
    <w:rsid w:val="004D4A3D"/>
    <w:rsid w:val="004E70EC"/>
    <w:rsid w:val="005935D7"/>
    <w:rsid w:val="005B14AD"/>
    <w:rsid w:val="005C393A"/>
    <w:rsid w:val="005D2992"/>
    <w:rsid w:val="005E197A"/>
    <w:rsid w:val="0066395D"/>
    <w:rsid w:val="00703EA3"/>
    <w:rsid w:val="00704597"/>
    <w:rsid w:val="007132BB"/>
    <w:rsid w:val="00714433"/>
    <w:rsid w:val="007146BD"/>
    <w:rsid w:val="007367F4"/>
    <w:rsid w:val="007610F6"/>
    <w:rsid w:val="00783263"/>
    <w:rsid w:val="007C101C"/>
    <w:rsid w:val="00866719"/>
    <w:rsid w:val="008C1854"/>
    <w:rsid w:val="00A05B0C"/>
    <w:rsid w:val="00AA1D8D"/>
    <w:rsid w:val="00B47730"/>
    <w:rsid w:val="00BC25F6"/>
    <w:rsid w:val="00BF4442"/>
    <w:rsid w:val="00C35A44"/>
    <w:rsid w:val="00C86743"/>
    <w:rsid w:val="00CB0664"/>
    <w:rsid w:val="00CB7373"/>
    <w:rsid w:val="00D8792B"/>
    <w:rsid w:val="00D93F68"/>
    <w:rsid w:val="00D95D28"/>
    <w:rsid w:val="00DB1FCC"/>
    <w:rsid w:val="00E04899"/>
    <w:rsid w:val="00E67888"/>
    <w:rsid w:val="00EC737F"/>
    <w:rsid w:val="00ED3014"/>
    <w:rsid w:val="00F75C90"/>
    <w:rsid w:val="00FA4574"/>
    <w:rsid w:val="00FB6F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213F6"/>
  <w14:defaultImageDpi w14:val="300"/>
  <w15:docId w15:val="{C943E68C-8E08-49FF-8C19-653F6B83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C67638-E5C0-4775-B880-1C731344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Josef Kaše</cp:lastModifiedBy>
  <cp:revision>2</cp:revision>
  <dcterms:created xsi:type="dcterms:W3CDTF">2026-07-26T14:32:00Z</dcterms:created>
  <dcterms:modified xsi:type="dcterms:W3CDTF">2026-07-26T14:32:00Z</dcterms:modified>
  <cp:category/>
</cp:coreProperties>
</file>