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7B322" w14:textId="4632B3C5" w:rsidR="00B826E9" w:rsidRPr="00F63C9D" w:rsidRDefault="00932964" w:rsidP="00B826E9">
      <w:pPr>
        <w:pStyle w:val="Nzev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Zápis z p</w:t>
      </w:r>
      <w:r w:rsidR="00F63C9D" w:rsidRPr="00F63C9D">
        <w:rPr>
          <w:sz w:val="28"/>
          <w:szCs w:val="28"/>
          <w:lang w:val="pl-PL"/>
        </w:rPr>
        <w:t>astorační ra</w:t>
      </w:r>
      <w:r>
        <w:rPr>
          <w:sz w:val="28"/>
          <w:szCs w:val="28"/>
          <w:lang w:val="pl-PL"/>
        </w:rPr>
        <w:t>dy</w:t>
      </w:r>
      <w:r w:rsidR="00F63C9D" w:rsidRPr="00F63C9D">
        <w:rPr>
          <w:sz w:val="28"/>
          <w:szCs w:val="28"/>
          <w:lang w:val="pl-PL"/>
        </w:rPr>
        <w:t xml:space="preserve"> 8.10.2026</w:t>
      </w:r>
    </w:p>
    <w:p w14:paraId="4E56A059" w14:textId="758A9A4E" w:rsidR="001420E3" w:rsidRDefault="001420E3" w:rsidP="00932964">
      <w:pPr>
        <w:pStyle w:val="Nadpis1"/>
        <w:rPr>
          <w:b w:val="0"/>
          <w:bCs w:val="0"/>
          <w:lang w:val="pl-PL"/>
        </w:rPr>
      </w:pPr>
      <w:r>
        <w:rPr>
          <w:lang w:val="pl-PL"/>
        </w:rPr>
        <w:t>Přítomni:</w:t>
      </w:r>
    </w:p>
    <w:p w14:paraId="209EBB3B" w14:textId="3EE28A71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 w:rsidRPr="001420E3">
        <w:rPr>
          <w:lang w:val="pl-PL"/>
        </w:rPr>
        <w:t>Daniel</w:t>
      </w:r>
    </w:p>
    <w:p w14:paraId="092DF9C7" w14:textId="0E5127B1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 xml:space="preserve">Bohdana </w:t>
      </w:r>
    </w:p>
    <w:p w14:paraId="0B999583" w14:textId="13905C9C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Bára</w:t>
      </w:r>
    </w:p>
    <w:p w14:paraId="6924840C" w14:textId="5E63D17D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Gusta</w:t>
      </w:r>
    </w:p>
    <w:p w14:paraId="643C8D31" w14:textId="5A2C52BD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Zuzka</w:t>
      </w:r>
    </w:p>
    <w:p w14:paraId="4D65AAF5" w14:textId="69CC06A5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Jirka</w:t>
      </w:r>
    </w:p>
    <w:p w14:paraId="3D2FA30B" w14:textId="5C5339C3" w:rsid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Petr</w:t>
      </w:r>
    </w:p>
    <w:p w14:paraId="2D547236" w14:textId="78776574" w:rsidR="001420E3" w:rsidRPr="001420E3" w:rsidRDefault="001420E3" w:rsidP="001420E3">
      <w:pPr>
        <w:pStyle w:val="Odstavecseseznamem"/>
        <w:numPr>
          <w:ilvl w:val="0"/>
          <w:numId w:val="25"/>
        </w:numPr>
        <w:spacing w:line="240" w:lineRule="auto"/>
        <w:rPr>
          <w:lang w:val="pl-PL"/>
        </w:rPr>
      </w:pPr>
      <w:r>
        <w:rPr>
          <w:lang w:val="pl-PL"/>
        </w:rPr>
        <w:t>Pepík</w:t>
      </w:r>
    </w:p>
    <w:p w14:paraId="61E82FAC" w14:textId="6C524BD3" w:rsidR="00932964" w:rsidRPr="001420E3" w:rsidRDefault="00932964" w:rsidP="00932964">
      <w:pPr>
        <w:pStyle w:val="Nadpis1"/>
        <w:rPr>
          <w:lang w:val="pl-PL"/>
        </w:rPr>
      </w:pPr>
      <w:r w:rsidRPr="001420E3">
        <w:rPr>
          <w:lang w:val="pl-PL"/>
        </w:rPr>
        <w:t>Aktivity farnosti 2026/27</w:t>
      </w:r>
    </w:p>
    <w:p w14:paraId="2379CF5A" w14:textId="6F8AE327" w:rsidR="00932964" w:rsidRPr="00932964" w:rsidRDefault="00932964" w:rsidP="00932964">
      <w:pPr>
        <w:pStyle w:val="Seznamsodrkami"/>
        <w:rPr>
          <w:lang w:val="cs-CZ"/>
        </w:rPr>
      </w:pPr>
      <w:r w:rsidRPr="00932964">
        <w:rPr>
          <w:lang w:val="cs-CZ"/>
        </w:rPr>
        <w:t>Dušičky</w:t>
      </w:r>
    </w:p>
    <w:p w14:paraId="19A3FEEF" w14:textId="30C7E05D" w:rsidR="00932964" w:rsidRDefault="00932964" w:rsidP="00932964">
      <w:pPr>
        <w:pStyle w:val="Seznamsodrkami"/>
        <w:numPr>
          <w:ilvl w:val="0"/>
          <w:numId w:val="0"/>
        </w:numPr>
        <w:ind w:firstLine="720"/>
        <w:rPr>
          <w:lang w:val="cs-CZ"/>
        </w:rPr>
      </w:pPr>
      <w:r>
        <w:rPr>
          <w:lang w:val="cs-CZ"/>
        </w:rPr>
        <w:t>Bude mše 2.11,</w:t>
      </w:r>
      <w:r w:rsidR="00774C1E">
        <w:rPr>
          <w:lang w:val="cs-CZ"/>
        </w:rPr>
        <w:t xml:space="preserve"> pondělí, </w:t>
      </w:r>
      <w:r>
        <w:rPr>
          <w:lang w:val="cs-CZ"/>
        </w:rPr>
        <w:t xml:space="preserve"> v 18:30. </w:t>
      </w:r>
    </w:p>
    <w:p w14:paraId="487134D1" w14:textId="66E00084" w:rsidR="00932964" w:rsidRDefault="00774C1E" w:rsidP="00932964">
      <w:pPr>
        <w:pStyle w:val="Seznamsodrkami"/>
        <w:numPr>
          <w:ilvl w:val="0"/>
          <w:numId w:val="0"/>
        </w:numPr>
        <w:ind w:firstLine="720"/>
        <w:rPr>
          <w:lang w:val="cs-CZ"/>
        </w:rPr>
      </w:pPr>
      <w:r>
        <w:rPr>
          <w:lang w:val="cs-CZ"/>
        </w:rPr>
        <w:t>Rozmístíme</w:t>
      </w:r>
      <w:r w:rsidR="00932964">
        <w:rPr>
          <w:lang w:val="cs-CZ"/>
        </w:rPr>
        <w:t xml:space="preserve"> schránky na hřbitovy (Petr)</w:t>
      </w:r>
    </w:p>
    <w:p w14:paraId="777147C0" w14:textId="6E3FBD00" w:rsidR="00932964" w:rsidRDefault="00932964" w:rsidP="00932964">
      <w:pPr>
        <w:pStyle w:val="Seznamsodrkami"/>
        <w:numPr>
          <w:ilvl w:val="0"/>
          <w:numId w:val="0"/>
        </w:numPr>
        <w:ind w:firstLine="720"/>
        <w:rPr>
          <w:lang w:val="cs-CZ"/>
        </w:rPr>
      </w:pPr>
      <w:r>
        <w:rPr>
          <w:lang w:val="cs-CZ"/>
        </w:rPr>
        <w:t>Ozn</w:t>
      </w:r>
      <w:r w:rsidR="001420E3">
        <w:rPr>
          <w:lang w:val="cs-CZ"/>
        </w:rPr>
        <w:t>ámení</w:t>
      </w:r>
      <w:r>
        <w:rPr>
          <w:lang w:val="cs-CZ"/>
        </w:rPr>
        <w:t xml:space="preserve"> v kostele</w:t>
      </w:r>
    </w:p>
    <w:p w14:paraId="11A8E421" w14:textId="2AA06532" w:rsidR="00932964" w:rsidRPr="00EC76B6" w:rsidRDefault="00AD4695" w:rsidP="00AD4695">
      <w:pPr>
        <w:pStyle w:val="Seznamsodrkami"/>
        <w:numPr>
          <w:ilvl w:val="0"/>
          <w:numId w:val="0"/>
        </w:numPr>
        <w:ind w:firstLine="720"/>
        <w:rPr>
          <w:lang w:val="cs-CZ"/>
        </w:rPr>
      </w:pPr>
      <w:r>
        <w:rPr>
          <w:lang w:val="cs-CZ"/>
        </w:rPr>
        <w:t>Během mše vzpomeneme</w:t>
      </w:r>
      <w:r w:rsidR="001420E3">
        <w:rPr>
          <w:lang w:val="cs-CZ"/>
        </w:rPr>
        <w:t xml:space="preserve"> na všechny zesnulé </w:t>
      </w:r>
    </w:p>
    <w:p w14:paraId="131466D8" w14:textId="77777777" w:rsidR="00932964" w:rsidRDefault="00932964" w:rsidP="00932964">
      <w:pPr>
        <w:pStyle w:val="Seznamsodrkami"/>
        <w:rPr>
          <w:lang w:val="cs-CZ"/>
        </w:rPr>
      </w:pPr>
      <w:r w:rsidRPr="00EC76B6">
        <w:rPr>
          <w:lang w:val="cs-CZ"/>
        </w:rPr>
        <w:t>Roráty</w:t>
      </w:r>
    </w:p>
    <w:p w14:paraId="4C734D3F" w14:textId="58182477" w:rsidR="00AD4695" w:rsidRPr="00EC76B6" w:rsidRDefault="00774C1E" w:rsidP="00AD4695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Pátky – 4., 11., 18.12., v 6 hod.</w:t>
      </w:r>
    </w:p>
    <w:p w14:paraId="10BA3A53" w14:textId="7F2F5898" w:rsidR="00932964" w:rsidRDefault="00932964" w:rsidP="00932964">
      <w:pPr>
        <w:pStyle w:val="Seznamsodrkami"/>
        <w:rPr>
          <w:lang w:val="cs-CZ"/>
        </w:rPr>
      </w:pPr>
      <w:r w:rsidRPr="00EC76B6">
        <w:rPr>
          <w:lang w:val="cs-CZ"/>
        </w:rPr>
        <w:t>Advent</w:t>
      </w:r>
    </w:p>
    <w:p w14:paraId="40A78E83" w14:textId="52DCF881" w:rsidR="00BF2CF2" w:rsidRDefault="00BF2CF2" w:rsidP="00BF2CF2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Nešpory v úhonickém kostele, so, 12.12., v 17 hod,</w:t>
      </w:r>
    </w:p>
    <w:p w14:paraId="3DC00792" w14:textId="3B854FB2" w:rsidR="003D1F8B" w:rsidRDefault="003D1F8B" w:rsidP="003D1F8B">
      <w:pPr>
        <w:pStyle w:val="Seznamsodrkami"/>
        <w:tabs>
          <w:tab w:val="clear" w:pos="360"/>
          <w:tab w:val="num" w:pos="1080"/>
        </w:tabs>
        <w:ind w:left="1080"/>
        <w:rPr>
          <w:lang w:val="cs-CZ"/>
        </w:rPr>
      </w:pPr>
      <w:r w:rsidRPr="003D1F8B">
        <w:rPr>
          <w:lang w:val="cs-CZ"/>
        </w:rPr>
        <w:t>Poté beseda se spisovatelem Oldřichem Seluckým</w:t>
      </w:r>
      <w:r>
        <w:rPr>
          <w:lang w:val="cs-CZ"/>
        </w:rPr>
        <w:t xml:space="preserve"> </w:t>
      </w:r>
      <w:r w:rsidR="001420E3">
        <w:rPr>
          <w:lang w:val="cs-CZ"/>
        </w:rPr>
        <w:t xml:space="preserve">nad </w:t>
      </w:r>
      <w:r>
        <w:rPr>
          <w:lang w:val="cs-CZ"/>
        </w:rPr>
        <w:t>kníž</w:t>
      </w:r>
      <w:r w:rsidR="001420E3">
        <w:rPr>
          <w:lang w:val="cs-CZ"/>
        </w:rPr>
        <w:t>kou</w:t>
      </w:r>
      <w:r>
        <w:rPr>
          <w:lang w:val="cs-CZ"/>
        </w:rPr>
        <w:t xml:space="preserve"> o sv. Norbertovi</w:t>
      </w:r>
    </w:p>
    <w:p w14:paraId="337A70EA" w14:textId="540AAEF2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Duchovní obnova, 6.12. v nedělli, před mší</w:t>
      </w:r>
      <w:r w:rsidR="001420E3">
        <w:rPr>
          <w:lang w:val="cs-CZ"/>
        </w:rPr>
        <w:t xml:space="preserve"> od </w:t>
      </w:r>
      <w:r>
        <w:rPr>
          <w:lang w:val="cs-CZ"/>
        </w:rPr>
        <w:t>10:00, s Gorazdem</w:t>
      </w:r>
    </w:p>
    <w:p w14:paraId="535C2B10" w14:textId="77777777" w:rsidR="00932964" w:rsidRDefault="00932964" w:rsidP="00932964">
      <w:pPr>
        <w:pStyle w:val="Seznamsodrkami"/>
        <w:rPr>
          <w:lang w:val="cs-CZ"/>
        </w:rPr>
      </w:pPr>
      <w:r w:rsidRPr="00EC76B6">
        <w:rPr>
          <w:lang w:val="cs-CZ"/>
        </w:rPr>
        <w:t>Adventní koncert</w:t>
      </w:r>
    </w:p>
    <w:p w14:paraId="60535BE3" w14:textId="71EC9B39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Neděle, 20.12.</w:t>
      </w:r>
    </w:p>
    <w:p w14:paraId="53C31E5D" w14:textId="6BBD82E4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Gusta otevře chrám</w:t>
      </w:r>
    </w:p>
    <w:p w14:paraId="6E05B354" w14:textId="582B9880" w:rsidR="003D1F8B" w:rsidRPr="00EC76B6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Jirka, Veronika, Zuzka zajistí hlídání a úklid</w:t>
      </w:r>
    </w:p>
    <w:p w14:paraId="11ECE566" w14:textId="3E776127" w:rsidR="00932964" w:rsidRDefault="00932964" w:rsidP="00932964">
      <w:pPr>
        <w:pStyle w:val="Seznamsodrkami"/>
        <w:rPr>
          <w:lang w:val="cs-CZ"/>
        </w:rPr>
      </w:pPr>
      <w:r w:rsidRPr="00EC76B6">
        <w:rPr>
          <w:lang w:val="cs-CZ"/>
        </w:rPr>
        <w:t>Zpovědní d</w:t>
      </w:r>
      <w:r w:rsidR="003D1F8B">
        <w:rPr>
          <w:lang w:val="cs-CZ"/>
        </w:rPr>
        <w:t>ny</w:t>
      </w:r>
    </w:p>
    <w:p w14:paraId="0798C434" w14:textId="6124921D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Po rorátech</w:t>
      </w:r>
    </w:p>
    <w:p w14:paraId="31AE7BE4" w14:textId="76FAB343" w:rsidR="003D1F8B" w:rsidRPr="00EC76B6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 xml:space="preserve">21. a 22.12. – </w:t>
      </w:r>
      <w:r w:rsidRPr="00B13C29">
        <w:rPr>
          <w:lang w:val="cs-CZ"/>
        </w:rPr>
        <w:t>Daniel ještě potvrdí</w:t>
      </w:r>
    </w:p>
    <w:p w14:paraId="482932B3" w14:textId="77777777" w:rsidR="00932964" w:rsidRDefault="00932964" w:rsidP="00932964">
      <w:pPr>
        <w:pStyle w:val="Seznamsodrkami"/>
        <w:rPr>
          <w:lang w:val="cs-CZ"/>
        </w:rPr>
      </w:pPr>
      <w:r w:rsidRPr="00EC76B6">
        <w:rPr>
          <w:lang w:val="cs-CZ"/>
        </w:rPr>
        <w:t>Bohoslužby o Vánocích</w:t>
      </w:r>
    </w:p>
    <w:p w14:paraId="6CB1E1E4" w14:textId="15AC4DB8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24.12. v</w:t>
      </w:r>
      <w:r w:rsidR="00B13C29">
        <w:rPr>
          <w:lang w:val="cs-CZ"/>
        </w:rPr>
        <w:t xml:space="preserve"> 22 </w:t>
      </w:r>
      <w:r>
        <w:rPr>
          <w:lang w:val="cs-CZ"/>
        </w:rPr>
        <w:t>hod</w:t>
      </w:r>
    </w:p>
    <w:p w14:paraId="2ABEA24C" w14:textId="4A211D23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25.12. v 11 hod</w:t>
      </w:r>
    </w:p>
    <w:p w14:paraId="69827832" w14:textId="650C4D3A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26.12. v 11 hod</w:t>
      </w:r>
    </w:p>
    <w:p w14:paraId="06812AF8" w14:textId="1DA3F0DA" w:rsidR="003D1F8B" w:rsidRDefault="003D1F8B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27.12. v 11 hod</w:t>
      </w:r>
    </w:p>
    <w:p w14:paraId="62F263DE" w14:textId="52828C73" w:rsidR="00D41FDE" w:rsidRDefault="00D41FDE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31.12. v 16 hod.</w:t>
      </w:r>
    </w:p>
    <w:p w14:paraId="794FCBF4" w14:textId="03DF18C5" w:rsidR="001420E3" w:rsidRDefault="001420E3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1.1. v 11 hod</w:t>
      </w:r>
    </w:p>
    <w:p w14:paraId="638692A2" w14:textId="6A3AB2EA" w:rsidR="001420E3" w:rsidRDefault="00D41FDE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6.1. (na Tři krále) v 18:30</w:t>
      </w:r>
    </w:p>
    <w:p w14:paraId="0DFFDE8D" w14:textId="20C5E8F4" w:rsidR="00D41FDE" w:rsidRDefault="00D41FDE" w:rsidP="003D1F8B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7.1. mše nebude</w:t>
      </w:r>
    </w:p>
    <w:p w14:paraId="1C20FD29" w14:textId="50188452" w:rsidR="00F63C9D" w:rsidRDefault="007D4DC5" w:rsidP="00D41FDE">
      <w:pPr>
        <w:keepNext/>
        <w:keepLines/>
        <w:spacing w:before="480" w:after="0"/>
        <w:outlineLvl w:val="0"/>
        <w:rPr>
          <w:rFonts w:ascii="Calibri" w:eastAsia="MS Gothic" w:hAnsi="Calibri" w:cs="Times New Roman"/>
          <w:b/>
          <w:bCs/>
          <w:color w:val="365F91" w:themeColor="accent1" w:themeShade="BF"/>
          <w:sz w:val="28"/>
          <w:szCs w:val="28"/>
          <w:lang w:val="pl-PL"/>
        </w:rPr>
      </w:pPr>
      <w:r>
        <w:rPr>
          <w:rFonts w:ascii="Calibri" w:eastAsia="MS Gothic" w:hAnsi="Calibri" w:cs="Times New Roman"/>
          <w:b/>
          <w:bCs/>
          <w:color w:val="365F91" w:themeColor="accent1" w:themeShade="BF"/>
          <w:sz w:val="28"/>
          <w:szCs w:val="28"/>
          <w:lang w:val="pl-PL"/>
        </w:rPr>
        <w:lastRenderedPageBreak/>
        <w:t>Technické/provozní záležitosti</w:t>
      </w:r>
    </w:p>
    <w:p w14:paraId="60BE9E6E" w14:textId="3844DFB5" w:rsidR="00D41FDE" w:rsidRPr="005D2992" w:rsidRDefault="00D41FDE" w:rsidP="00D41FDE">
      <w:pPr>
        <w:pStyle w:val="Seznamsodrkami"/>
        <w:numPr>
          <w:ilvl w:val="0"/>
          <w:numId w:val="0"/>
        </w:numPr>
        <w:ind w:left="360" w:hanging="360"/>
        <w:rPr>
          <w:lang w:val="cs-CZ"/>
        </w:rPr>
      </w:pPr>
    </w:p>
    <w:p w14:paraId="34574EB7" w14:textId="77777777" w:rsidR="00D41FDE" w:rsidRDefault="00D41FDE" w:rsidP="00D41FDE">
      <w:pPr>
        <w:pStyle w:val="Seznamsodrkami"/>
        <w:numPr>
          <w:ilvl w:val="0"/>
          <w:numId w:val="15"/>
        </w:numPr>
        <w:rPr>
          <w:lang w:val="cs-CZ"/>
        </w:rPr>
      </w:pPr>
      <w:r>
        <w:rPr>
          <w:lang w:val="cs-CZ"/>
        </w:rPr>
        <w:t>Oprava varhan</w:t>
      </w:r>
    </w:p>
    <w:p w14:paraId="3706BB83" w14:textId="2B13DECE" w:rsidR="00D41FDE" w:rsidRDefault="00D41FDE" w:rsidP="001420E3">
      <w:pPr>
        <w:pStyle w:val="Seznamsodrkami"/>
        <w:numPr>
          <w:ilvl w:val="1"/>
          <w:numId w:val="26"/>
        </w:numPr>
        <w:rPr>
          <w:lang w:val="cs-CZ"/>
        </w:rPr>
      </w:pPr>
      <w:r w:rsidRPr="00D41FDE">
        <w:rPr>
          <w:lang w:val="cs-CZ"/>
        </w:rPr>
        <w:t>Sbírka stále probíhá, ke dni 30.9. vybráno 83 875 Kč</w:t>
      </w:r>
    </w:p>
    <w:p w14:paraId="717CDE2C" w14:textId="7B8C8915" w:rsidR="00D41FDE" w:rsidRDefault="00D41FDE" w:rsidP="001420E3">
      <w:pPr>
        <w:pStyle w:val="Seznamsodrkami"/>
        <w:numPr>
          <w:ilvl w:val="1"/>
          <w:numId w:val="26"/>
        </w:numPr>
        <w:rPr>
          <w:lang w:val="cs-CZ"/>
        </w:rPr>
      </w:pPr>
      <w:r>
        <w:rPr>
          <w:lang w:val="cs-CZ"/>
        </w:rPr>
        <w:t>Zuzka připraví krátké info do úhonického zpravodaje, aby mohli přispívat i Úhoničtí, kteří projevují zájem.</w:t>
      </w:r>
    </w:p>
    <w:p w14:paraId="2436AE04" w14:textId="7CB7D50C" w:rsidR="00D41FDE" w:rsidRDefault="00D41FDE" w:rsidP="001420E3">
      <w:pPr>
        <w:pStyle w:val="Seznamsodrkami"/>
        <w:numPr>
          <w:ilvl w:val="1"/>
          <w:numId w:val="26"/>
        </w:numPr>
        <w:rPr>
          <w:lang w:val="cs-CZ"/>
        </w:rPr>
      </w:pPr>
      <w:r>
        <w:rPr>
          <w:lang w:val="cs-CZ"/>
        </w:rPr>
        <w:t>Práce na opravě budou zahájeny v příštím roce</w:t>
      </w:r>
    </w:p>
    <w:p w14:paraId="75E90953" w14:textId="3205FED1" w:rsidR="007D4DC5" w:rsidRPr="005D2992" w:rsidRDefault="007D4DC5" w:rsidP="006151A7">
      <w:pPr>
        <w:pStyle w:val="Seznamsodrkami"/>
        <w:numPr>
          <w:ilvl w:val="0"/>
          <w:numId w:val="15"/>
        </w:numPr>
        <w:rPr>
          <w:lang w:val="cs-CZ"/>
        </w:rPr>
      </w:pPr>
      <w:r w:rsidRPr="006151A7">
        <w:rPr>
          <w:lang w:val="cs-CZ"/>
        </w:rPr>
        <w:t>Kancionály</w:t>
      </w:r>
    </w:p>
    <w:p w14:paraId="5932F0A5" w14:textId="294EB21B" w:rsidR="007D4DC5" w:rsidRDefault="007D4DC5" w:rsidP="001420E3">
      <w:pPr>
        <w:pStyle w:val="Seznamsodrkami"/>
        <w:numPr>
          <w:ilvl w:val="0"/>
          <w:numId w:val="27"/>
        </w:numPr>
        <w:rPr>
          <w:lang w:val="cs-CZ"/>
        </w:rPr>
      </w:pPr>
      <w:r>
        <w:rPr>
          <w:lang w:val="cs-CZ"/>
        </w:rPr>
        <w:t xml:space="preserve">Znovu přednesen návrh na nákup nových kancionálů. </w:t>
      </w:r>
      <w:r w:rsidR="00F74CEE">
        <w:rPr>
          <w:lang w:val="cs-CZ"/>
        </w:rPr>
        <w:t>Naše s</w:t>
      </w:r>
      <w:r>
        <w:rPr>
          <w:lang w:val="cs-CZ"/>
        </w:rPr>
        <w:t>oučasné jsou z roku 1972, od té doby proběhly revize, aktualizace, doplnění nových písní či jen slok k současným.</w:t>
      </w:r>
    </w:p>
    <w:p w14:paraId="3A527976" w14:textId="47B566E6" w:rsidR="007D4DC5" w:rsidRDefault="007D4DC5" w:rsidP="001420E3">
      <w:pPr>
        <w:pStyle w:val="Seznamsodrkami"/>
        <w:numPr>
          <w:ilvl w:val="0"/>
          <w:numId w:val="27"/>
        </w:numPr>
        <w:rPr>
          <w:lang w:val="cs-CZ"/>
        </w:rPr>
      </w:pPr>
      <w:r>
        <w:rPr>
          <w:lang w:val="cs-CZ"/>
        </w:rPr>
        <w:t>Cena jednoho je cca 360 Kč. Poslední vydání je z roku 2024.</w:t>
      </w:r>
    </w:p>
    <w:p w14:paraId="5419225B" w14:textId="3F6D0A81" w:rsidR="007D4DC5" w:rsidRDefault="007D4DC5" w:rsidP="001420E3">
      <w:pPr>
        <w:pStyle w:val="Seznamsodrkami"/>
        <w:numPr>
          <w:ilvl w:val="0"/>
          <w:numId w:val="27"/>
        </w:numPr>
        <w:rPr>
          <w:lang w:val="cs-CZ"/>
        </w:rPr>
      </w:pPr>
      <w:r>
        <w:rPr>
          <w:lang w:val="cs-CZ"/>
        </w:rPr>
        <w:t>Nebyl nalezen konsensus, faktorem jsou peníze, pochybnosti o potřebnosti investice</w:t>
      </w:r>
    </w:p>
    <w:p w14:paraId="7D0AB952" w14:textId="5B5E3FC6" w:rsidR="007D4DC5" w:rsidRDefault="007D4DC5" w:rsidP="001420E3">
      <w:pPr>
        <w:pStyle w:val="Seznamsodrkami"/>
        <w:numPr>
          <w:ilvl w:val="0"/>
          <w:numId w:val="27"/>
        </w:numPr>
        <w:rPr>
          <w:lang w:val="cs-CZ"/>
        </w:rPr>
      </w:pPr>
      <w:r>
        <w:rPr>
          <w:lang w:val="cs-CZ"/>
        </w:rPr>
        <w:t>Zatím dohodnuto, že se koupí jeden výtisk a provede porovnání se starým vydáním</w:t>
      </w:r>
    </w:p>
    <w:p w14:paraId="6358A083" w14:textId="77777777" w:rsidR="006151A7" w:rsidRDefault="006151A7" w:rsidP="006151A7">
      <w:pPr>
        <w:pStyle w:val="Seznamsodrkami"/>
        <w:numPr>
          <w:ilvl w:val="0"/>
          <w:numId w:val="0"/>
        </w:numPr>
        <w:ind w:left="360" w:hanging="360"/>
        <w:rPr>
          <w:lang w:val="cs-CZ"/>
        </w:rPr>
      </w:pPr>
    </w:p>
    <w:p w14:paraId="19516092" w14:textId="5907DC8D" w:rsidR="006151A7" w:rsidRDefault="006151A7" w:rsidP="006151A7">
      <w:pPr>
        <w:pStyle w:val="Seznamsodrkami"/>
        <w:numPr>
          <w:ilvl w:val="0"/>
          <w:numId w:val="15"/>
        </w:numPr>
        <w:rPr>
          <w:lang w:val="cs-CZ"/>
        </w:rPr>
      </w:pPr>
      <w:r>
        <w:rPr>
          <w:lang w:val="cs-CZ"/>
        </w:rPr>
        <w:t>Dotazník</w:t>
      </w:r>
    </w:p>
    <w:p w14:paraId="4402191B" w14:textId="5D811B46" w:rsidR="006151A7" w:rsidRDefault="006151A7" w:rsidP="001420E3">
      <w:pPr>
        <w:pStyle w:val="Seznamsodrkami"/>
        <w:numPr>
          <w:ilvl w:val="1"/>
          <w:numId w:val="28"/>
        </w:numPr>
        <w:rPr>
          <w:lang w:val="cs-CZ"/>
        </w:rPr>
      </w:pPr>
      <w:r>
        <w:rPr>
          <w:lang w:val="cs-CZ"/>
        </w:rPr>
        <w:t>Je vytvořený, zbývá dotáhnout a zveřejnit</w:t>
      </w:r>
    </w:p>
    <w:p w14:paraId="44B1AE8D" w14:textId="1A0B4151" w:rsidR="006151A7" w:rsidRDefault="006151A7" w:rsidP="001420E3">
      <w:pPr>
        <w:pStyle w:val="Seznamsodrkami"/>
        <w:numPr>
          <w:ilvl w:val="1"/>
          <w:numId w:val="28"/>
        </w:numPr>
        <w:rPr>
          <w:lang w:val="cs-CZ"/>
        </w:rPr>
      </w:pPr>
      <w:r>
        <w:rPr>
          <w:lang w:val="cs-CZ"/>
        </w:rPr>
        <w:t>Zuzka s Bárou pomohou</w:t>
      </w:r>
    </w:p>
    <w:p w14:paraId="648FADCB" w14:textId="10CC799B" w:rsidR="006151A7" w:rsidRDefault="006151A7" w:rsidP="001420E3">
      <w:pPr>
        <w:pStyle w:val="Seznamsodrkami"/>
        <w:numPr>
          <w:ilvl w:val="1"/>
          <w:numId w:val="28"/>
        </w:numPr>
        <w:rPr>
          <w:lang w:val="cs-CZ"/>
        </w:rPr>
      </w:pPr>
      <w:r>
        <w:rPr>
          <w:lang w:val="cs-CZ"/>
        </w:rPr>
        <w:t>Bohdana zastřešuje</w:t>
      </w:r>
    </w:p>
    <w:p w14:paraId="382F373D" w14:textId="1E34860A" w:rsidR="006151A7" w:rsidRDefault="006151A7" w:rsidP="006151A7">
      <w:pPr>
        <w:pStyle w:val="Seznamsodrkami"/>
        <w:numPr>
          <w:ilvl w:val="0"/>
          <w:numId w:val="15"/>
        </w:numPr>
        <w:rPr>
          <w:lang w:val="cs-CZ"/>
        </w:rPr>
      </w:pPr>
      <w:r>
        <w:rPr>
          <w:lang w:val="cs-CZ"/>
        </w:rPr>
        <w:t>Mailová adresa farní rady</w:t>
      </w:r>
    </w:p>
    <w:p w14:paraId="5672832C" w14:textId="40A2A254" w:rsidR="006151A7" w:rsidRPr="001420E3" w:rsidRDefault="006151A7" w:rsidP="001420E3">
      <w:pPr>
        <w:pStyle w:val="Seznamsodrkami"/>
        <w:numPr>
          <w:ilvl w:val="1"/>
          <w:numId w:val="29"/>
        </w:numPr>
        <w:rPr>
          <w:lang w:val="cs-CZ"/>
        </w:rPr>
      </w:pPr>
      <w:r>
        <w:rPr>
          <w:lang w:val="cs-CZ"/>
        </w:rPr>
        <w:t>Lidé mohou kontaktovat v případě zájmu zapojit se do života farnosti</w:t>
      </w:r>
    </w:p>
    <w:p w14:paraId="67634C53" w14:textId="661346AC" w:rsidR="006151A7" w:rsidRPr="001420E3" w:rsidRDefault="006151A7" w:rsidP="001420E3">
      <w:pPr>
        <w:pStyle w:val="Seznamsodrkami"/>
        <w:numPr>
          <w:ilvl w:val="1"/>
          <w:numId w:val="29"/>
        </w:numPr>
        <w:rPr>
          <w:lang w:val="pl-PL"/>
        </w:rPr>
      </w:pPr>
      <w:r>
        <w:rPr>
          <w:lang w:val="cs-CZ"/>
        </w:rPr>
        <w:t>Uv</w:t>
      </w:r>
      <w:r w:rsidR="009821D7">
        <w:rPr>
          <w:lang w:val="cs-CZ"/>
        </w:rPr>
        <w:t>e</w:t>
      </w:r>
      <w:r>
        <w:rPr>
          <w:lang w:val="cs-CZ"/>
        </w:rPr>
        <w:t>řejní se na webu (Petr)</w:t>
      </w:r>
    </w:p>
    <w:p w14:paraId="7265603F" w14:textId="20A31442" w:rsidR="006151A7" w:rsidRPr="00FB3282" w:rsidRDefault="006151A7" w:rsidP="001420E3">
      <w:pPr>
        <w:pStyle w:val="Seznamsodrkami"/>
        <w:numPr>
          <w:ilvl w:val="1"/>
          <w:numId w:val="29"/>
        </w:numPr>
      </w:pPr>
      <w:r>
        <w:rPr>
          <w:lang w:val="cs-CZ"/>
        </w:rPr>
        <w:t>Správci – Petr + Bohdana</w:t>
      </w:r>
    </w:p>
    <w:p w14:paraId="6BA66CF6" w14:textId="318A81BF" w:rsidR="00FB3282" w:rsidRPr="00FB3282" w:rsidRDefault="00FB3282" w:rsidP="00FB3282">
      <w:pPr>
        <w:pStyle w:val="Seznamsodrkami"/>
        <w:numPr>
          <w:ilvl w:val="0"/>
          <w:numId w:val="15"/>
        </w:numPr>
      </w:pPr>
      <w:r>
        <w:rPr>
          <w:lang w:val="cs-CZ"/>
        </w:rPr>
        <w:t>Opravy v/na kostele</w:t>
      </w:r>
    </w:p>
    <w:p w14:paraId="063B6AB4" w14:textId="70F15A3E" w:rsidR="00FB3282" w:rsidRPr="006151A7" w:rsidRDefault="00FB3282" w:rsidP="005B1AC8">
      <w:pPr>
        <w:pStyle w:val="Seznamsodrkami"/>
        <w:numPr>
          <w:ilvl w:val="1"/>
          <w:numId w:val="30"/>
        </w:numPr>
      </w:pPr>
      <w:r>
        <w:rPr>
          <w:lang w:val="cs-CZ"/>
        </w:rPr>
        <w:t>Elektřina, hodiny – je v plánu v novém volebním období (p. opata)</w:t>
      </w:r>
    </w:p>
    <w:p w14:paraId="494F2729" w14:textId="77777777" w:rsidR="006151A7" w:rsidRDefault="006151A7" w:rsidP="00950C87">
      <w:pPr>
        <w:pStyle w:val="Seznamsodrkami"/>
        <w:numPr>
          <w:ilvl w:val="0"/>
          <w:numId w:val="0"/>
        </w:numPr>
        <w:ind w:left="360" w:hanging="360"/>
      </w:pPr>
    </w:p>
    <w:p w14:paraId="49CFA00F" w14:textId="7B5B457F" w:rsidR="00950C87" w:rsidRDefault="00950C87" w:rsidP="00950C87">
      <w:pPr>
        <w:keepNext/>
        <w:keepLines/>
        <w:spacing w:before="480" w:after="0"/>
        <w:outlineLvl w:val="0"/>
        <w:rPr>
          <w:rFonts w:ascii="Calibri" w:eastAsia="MS Gothic" w:hAnsi="Calibri" w:cs="Times New Roman"/>
          <w:b/>
          <w:bCs/>
          <w:color w:val="365F91" w:themeColor="accent1" w:themeShade="BF"/>
          <w:sz w:val="28"/>
          <w:szCs w:val="28"/>
          <w:lang w:val="pl-PL"/>
        </w:rPr>
      </w:pPr>
      <w:r w:rsidRPr="00950C87">
        <w:rPr>
          <w:rFonts w:ascii="Calibri" w:eastAsia="MS Gothic" w:hAnsi="Calibri" w:cs="Times New Roman"/>
          <w:b/>
          <w:bCs/>
          <w:color w:val="365F91" w:themeColor="accent1" w:themeShade="BF"/>
          <w:sz w:val="28"/>
          <w:szCs w:val="28"/>
          <w:lang w:val="pl-PL"/>
        </w:rPr>
        <w:t>Pastorace</w:t>
      </w:r>
    </w:p>
    <w:p w14:paraId="47E71698" w14:textId="660E29D7" w:rsidR="009821D7" w:rsidRDefault="009821D7" w:rsidP="00950C87">
      <w:pPr>
        <w:pStyle w:val="Seznamsodrkami"/>
        <w:rPr>
          <w:lang w:val="cs-CZ"/>
        </w:rPr>
      </w:pPr>
      <w:r>
        <w:rPr>
          <w:lang w:val="cs-CZ"/>
        </w:rPr>
        <w:t>Katecheze dětí</w:t>
      </w:r>
    </w:p>
    <w:p w14:paraId="57C71018" w14:textId="4B378022" w:rsidR="009821D7" w:rsidRDefault="009821D7" w:rsidP="009821D7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 xml:space="preserve">Bude probíhat v pátek, </w:t>
      </w:r>
      <w:r w:rsidR="00B13C29" w:rsidRPr="00B13C29">
        <w:rPr>
          <w:lang w:val="cs-CZ"/>
        </w:rPr>
        <w:t>2</w:t>
      </w:r>
      <w:r w:rsidRPr="00B13C29">
        <w:rPr>
          <w:lang w:val="cs-CZ"/>
        </w:rPr>
        <w:t>x měsíčně</w:t>
      </w:r>
      <w:r>
        <w:rPr>
          <w:lang w:val="cs-CZ"/>
        </w:rPr>
        <w:t xml:space="preserve"> </w:t>
      </w:r>
      <w:r w:rsidR="00B13C29">
        <w:rPr>
          <w:lang w:val="cs-CZ"/>
        </w:rPr>
        <w:t>,</w:t>
      </w:r>
      <w:r>
        <w:rPr>
          <w:lang w:val="cs-CZ"/>
        </w:rPr>
        <w:t>15:30 – 17:00</w:t>
      </w:r>
    </w:p>
    <w:p w14:paraId="0C2F7BF2" w14:textId="24B1BA2A" w:rsidR="009821D7" w:rsidRDefault="009821D7" w:rsidP="009821D7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Vyhlásí se teď v neděli</w:t>
      </w:r>
    </w:p>
    <w:p w14:paraId="1E6C168F" w14:textId="33B9488F" w:rsidR="009821D7" w:rsidRDefault="009821D7" w:rsidP="009821D7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Bára, pomáhá Zuzka</w:t>
      </w:r>
    </w:p>
    <w:p w14:paraId="4385247A" w14:textId="6116EF4C" w:rsidR="00950C87" w:rsidRDefault="00950C87" w:rsidP="00950C87">
      <w:pPr>
        <w:pStyle w:val="Seznamsodrkami"/>
        <w:rPr>
          <w:lang w:val="cs-CZ"/>
        </w:rPr>
      </w:pPr>
      <w:r>
        <w:rPr>
          <w:lang w:val="cs-CZ"/>
        </w:rPr>
        <w:t>Zájemce o křest</w:t>
      </w:r>
    </w:p>
    <w:p w14:paraId="0333AC25" w14:textId="67935DF9" w:rsidR="00950C87" w:rsidRDefault="00950C87" w:rsidP="00950C87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 xml:space="preserve">Bára </w:t>
      </w:r>
      <w:r w:rsidR="009821D7">
        <w:rPr>
          <w:lang w:val="cs-CZ"/>
        </w:rPr>
        <w:t>měla se zájemcem již 3 setkání. Nyní Daniel vyzývá, ať přijde do kostela a obrátí se na něj</w:t>
      </w:r>
    </w:p>
    <w:p w14:paraId="7442EA3B" w14:textId="434C4C46" w:rsidR="009821D7" w:rsidRDefault="009821D7" w:rsidP="009821D7">
      <w:pPr>
        <w:pStyle w:val="Seznamsodrkami"/>
        <w:rPr>
          <w:lang w:val="cs-CZ"/>
        </w:rPr>
      </w:pPr>
      <w:r>
        <w:rPr>
          <w:lang w:val="cs-CZ"/>
        </w:rPr>
        <w:t>Biřmování</w:t>
      </w:r>
    </w:p>
    <w:p w14:paraId="5B10D21C" w14:textId="497201A5" w:rsidR="00FB3282" w:rsidRDefault="00FB3282" w:rsidP="00FB3282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Jsou potenciální zájemci</w:t>
      </w:r>
      <w:r w:rsidR="005B1AC8">
        <w:rPr>
          <w:lang w:val="cs-CZ"/>
        </w:rPr>
        <w:t xml:space="preserve"> – lidé nad 13 let</w:t>
      </w:r>
    </w:p>
    <w:p w14:paraId="2A856DA0" w14:textId="570F6700" w:rsidR="00FB3282" w:rsidRDefault="00FB3282" w:rsidP="00FB3282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Daniel oznámí – udělá průzkum</w:t>
      </w:r>
    </w:p>
    <w:p w14:paraId="1DB4EBD3" w14:textId="4B319E7E" w:rsidR="00FB3282" w:rsidRDefault="00FB3282" w:rsidP="005B1AC8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 xml:space="preserve">Pepa </w:t>
      </w:r>
      <w:r w:rsidR="005B1AC8">
        <w:rPr>
          <w:lang w:val="cs-CZ"/>
        </w:rPr>
        <w:t>bude informovat v kostele</w:t>
      </w:r>
    </w:p>
    <w:p w14:paraId="1FD49AFA" w14:textId="24D1A66B" w:rsidR="005B1AC8" w:rsidRPr="005B1AC8" w:rsidRDefault="005B1AC8" w:rsidP="005B1AC8">
      <w:pPr>
        <w:pStyle w:val="Seznamsodrkami"/>
        <w:tabs>
          <w:tab w:val="clear" w:pos="360"/>
          <w:tab w:val="num" w:pos="720"/>
        </w:tabs>
        <w:ind w:left="720"/>
        <w:rPr>
          <w:lang w:val="cs-CZ"/>
        </w:rPr>
      </w:pPr>
      <w:r>
        <w:rPr>
          <w:lang w:val="cs-CZ"/>
        </w:rPr>
        <w:t>Petr bude informovat na webu</w:t>
      </w:r>
    </w:p>
    <w:p w14:paraId="2A2C632F" w14:textId="135924E3" w:rsidR="00F80515" w:rsidRPr="00F80515" w:rsidRDefault="0081289A" w:rsidP="00F80515">
      <w:r>
        <w:t>Termín příštího setkání</w:t>
      </w:r>
      <w:r w:rsidR="00F74CEE">
        <w:t xml:space="preserve"> </w:t>
      </w:r>
      <w:r w:rsidR="00913E70">
        <w:t xml:space="preserve">- </w:t>
      </w:r>
      <w:r w:rsidR="00FB3282">
        <w:t>4.2.2027</w:t>
      </w:r>
    </w:p>
    <w:sectPr w:rsidR="00F80515" w:rsidRPr="00F80515" w:rsidSect="005935D7"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41AD54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F3A28"/>
    <w:multiLevelType w:val="hybridMultilevel"/>
    <w:tmpl w:val="5B3A172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9B5C99"/>
    <w:multiLevelType w:val="hybridMultilevel"/>
    <w:tmpl w:val="9B06D6C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F823D2"/>
    <w:multiLevelType w:val="hybridMultilevel"/>
    <w:tmpl w:val="D9AEA4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0C4996"/>
    <w:multiLevelType w:val="hybridMultilevel"/>
    <w:tmpl w:val="8B2200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53E63"/>
    <w:multiLevelType w:val="multilevel"/>
    <w:tmpl w:val="44C6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9207EE"/>
    <w:multiLevelType w:val="multilevel"/>
    <w:tmpl w:val="D85A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4212E"/>
    <w:multiLevelType w:val="hybridMultilevel"/>
    <w:tmpl w:val="43848516"/>
    <w:lvl w:ilvl="0" w:tplc="DAAECFA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56A45"/>
    <w:multiLevelType w:val="hybridMultilevel"/>
    <w:tmpl w:val="27BA5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20488"/>
    <w:multiLevelType w:val="multilevel"/>
    <w:tmpl w:val="2B76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60F5D"/>
    <w:multiLevelType w:val="hybridMultilevel"/>
    <w:tmpl w:val="D9F08F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471DA"/>
    <w:multiLevelType w:val="multilevel"/>
    <w:tmpl w:val="F8DC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0F6534"/>
    <w:multiLevelType w:val="hybridMultilevel"/>
    <w:tmpl w:val="42F86F7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1B33BF"/>
    <w:multiLevelType w:val="hybridMultilevel"/>
    <w:tmpl w:val="09BCE1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742CBD"/>
    <w:multiLevelType w:val="hybridMultilevel"/>
    <w:tmpl w:val="27BE249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27774"/>
    <w:multiLevelType w:val="multilevel"/>
    <w:tmpl w:val="FF50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135249">
    <w:abstractNumId w:val="8"/>
  </w:num>
  <w:num w:numId="2" w16cid:durableId="952514277">
    <w:abstractNumId w:val="6"/>
  </w:num>
  <w:num w:numId="3" w16cid:durableId="1964576173">
    <w:abstractNumId w:val="5"/>
  </w:num>
  <w:num w:numId="4" w16cid:durableId="630329755">
    <w:abstractNumId w:val="4"/>
  </w:num>
  <w:num w:numId="5" w16cid:durableId="2006936339">
    <w:abstractNumId w:val="7"/>
  </w:num>
  <w:num w:numId="6" w16cid:durableId="1887058936">
    <w:abstractNumId w:val="3"/>
  </w:num>
  <w:num w:numId="7" w16cid:durableId="1092776613">
    <w:abstractNumId w:val="2"/>
  </w:num>
  <w:num w:numId="8" w16cid:durableId="1086606899">
    <w:abstractNumId w:val="1"/>
  </w:num>
  <w:num w:numId="9" w16cid:durableId="1989240702">
    <w:abstractNumId w:val="0"/>
  </w:num>
  <w:num w:numId="10" w16cid:durableId="144469522">
    <w:abstractNumId w:val="23"/>
  </w:num>
  <w:num w:numId="11" w16cid:durableId="1450390322">
    <w:abstractNumId w:val="17"/>
  </w:num>
  <w:num w:numId="12" w16cid:durableId="854421632">
    <w:abstractNumId w:val="13"/>
  </w:num>
  <w:num w:numId="13" w16cid:durableId="1289896921">
    <w:abstractNumId w:val="14"/>
  </w:num>
  <w:num w:numId="14" w16cid:durableId="409473547">
    <w:abstractNumId w:val="19"/>
  </w:num>
  <w:num w:numId="15" w16cid:durableId="1868371414">
    <w:abstractNumId w:val="11"/>
  </w:num>
  <w:num w:numId="16" w16cid:durableId="764888363">
    <w:abstractNumId w:val="15"/>
  </w:num>
  <w:num w:numId="17" w16cid:durableId="569972529">
    <w:abstractNumId w:val="18"/>
  </w:num>
  <w:num w:numId="18" w16cid:durableId="918365373">
    <w:abstractNumId w:val="12"/>
  </w:num>
  <w:num w:numId="19" w16cid:durableId="989289965">
    <w:abstractNumId w:val="8"/>
  </w:num>
  <w:num w:numId="20" w16cid:durableId="405225888">
    <w:abstractNumId w:val="8"/>
  </w:num>
  <w:num w:numId="21" w16cid:durableId="1588273777">
    <w:abstractNumId w:val="8"/>
  </w:num>
  <w:num w:numId="22" w16cid:durableId="1585069429">
    <w:abstractNumId w:val="8"/>
  </w:num>
  <w:num w:numId="23" w16cid:durableId="3748518">
    <w:abstractNumId w:val="8"/>
  </w:num>
  <w:num w:numId="24" w16cid:durableId="1081875366">
    <w:abstractNumId w:val="8"/>
  </w:num>
  <w:num w:numId="25" w16cid:durableId="1361664932">
    <w:abstractNumId w:val="22"/>
  </w:num>
  <w:num w:numId="26" w16cid:durableId="1487160838">
    <w:abstractNumId w:val="20"/>
  </w:num>
  <w:num w:numId="27" w16cid:durableId="478225900">
    <w:abstractNumId w:val="16"/>
  </w:num>
  <w:num w:numId="28" w16cid:durableId="607127003">
    <w:abstractNumId w:val="10"/>
  </w:num>
  <w:num w:numId="29" w16cid:durableId="1413117380">
    <w:abstractNumId w:val="9"/>
  </w:num>
  <w:num w:numId="30" w16cid:durableId="16485841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4A60"/>
    <w:rsid w:val="00034616"/>
    <w:rsid w:val="00040D02"/>
    <w:rsid w:val="0006063C"/>
    <w:rsid w:val="000B3FFD"/>
    <w:rsid w:val="000D65C9"/>
    <w:rsid w:val="000F1C87"/>
    <w:rsid w:val="000F3B65"/>
    <w:rsid w:val="0011701A"/>
    <w:rsid w:val="001420E3"/>
    <w:rsid w:val="0015074B"/>
    <w:rsid w:val="002002A9"/>
    <w:rsid w:val="002117FF"/>
    <w:rsid w:val="00224F4B"/>
    <w:rsid w:val="002261F7"/>
    <w:rsid w:val="0029639D"/>
    <w:rsid w:val="002A0895"/>
    <w:rsid w:val="002D2BF7"/>
    <w:rsid w:val="0030204D"/>
    <w:rsid w:val="00316A1E"/>
    <w:rsid w:val="00326F90"/>
    <w:rsid w:val="00332E10"/>
    <w:rsid w:val="00362CC9"/>
    <w:rsid w:val="003C2D89"/>
    <w:rsid w:val="003D1F8B"/>
    <w:rsid w:val="00443045"/>
    <w:rsid w:val="0044793D"/>
    <w:rsid w:val="00490DC7"/>
    <w:rsid w:val="004D4A3D"/>
    <w:rsid w:val="004E70EC"/>
    <w:rsid w:val="005935D7"/>
    <w:rsid w:val="005B14AD"/>
    <w:rsid w:val="005B1AC8"/>
    <w:rsid w:val="005C393A"/>
    <w:rsid w:val="005D2992"/>
    <w:rsid w:val="005E197A"/>
    <w:rsid w:val="006151A7"/>
    <w:rsid w:val="0066395D"/>
    <w:rsid w:val="00676F41"/>
    <w:rsid w:val="006F6C3F"/>
    <w:rsid w:val="00703EA3"/>
    <w:rsid w:val="00704597"/>
    <w:rsid w:val="007132BB"/>
    <w:rsid w:val="00714433"/>
    <w:rsid w:val="007146BD"/>
    <w:rsid w:val="007367F4"/>
    <w:rsid w:val="007610F6"/>
    <w:rsid w:val="007743FF"/>
    <w:rsid w:val="00774C1E"/>
    <w:rsid w:val="00783263"/>
    <w:rsid w:val="007C101C"/>
    <w:rsid w:val="007D4DC5"/>
    <w:rsid w:val="0081289A"/>
    <w:rsid w:val="00866719"/>
    <w:rsid w:val="008C1854"/>
    <w:rsid w:val="00913E70"/>
    <w:rsid w:val="00932964"/>
    <w:rsid w:val="00950C87"/>
    <w:rsid w:val="009821D7"/>
    <w:rsid w:val="00A05B0C"/>
    <w:rsid w:val="00A6559D"/>
    <w:rsid w:val="00AA1D8D"/>
    <w:rsid w:val="00AD4108"/>
    <w:rsid w:val="00AD4695"/>
    <w:rsid w:val="00B13C29"/>
    <w:rsid w:val="00B47730"/>
    <w:rsid w:val="00B826E9"/>
    <w:rsid w:val="00BC25F6"/>
    <w:rsid w:val="00BF2CF2"/>
    <w:rsid w:val="00BF4442"/>
    <w:rsid w:val="00C35A44"/>
    <w:rsid w:val="00C86743"/>
    <w:rsid w:val="00CB0664"/>
    <w:rsid w:val="00CB7373"/>
    <w:rsid w:val="00D41FDE"/>
    <w:rsid w:val="00D8792B"/>
    <w:rsid w:val="00D93F68"/>
    <w:rsid w:val="00D95D28"/>
    <w:rsid w:val="00DA472B"/>
    <w:rsid w:val="00DB1FCC"/>
    <w:rsid w:val="00E04899"/>
    <w:rsid w:val="00E67888"/>
    <w:rsid w:val="00EC737F"/>
    <w:rsid w:val="00EC76B6"/>
    <w:rsid w:val="00ED3014"/>
    <w:rsid w:val="00F22883"/>
    <w:rsid w:val="00F63C9D"/>
    <w:rsid w:val="00F74CEE"/>
    <w:rsid w:val="00F75C90"/>
    <w:rsid w:val="00F80515"/>
    <w:rsid w:val="00FA4574"/>
    <w:rsid w:val="00FB3282"/>
    <w:rsid w:val="00FB6F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213F6"/>
  <w14:defaultImageDpi w14:val="300"/>
  <w15:docId w15:val="{C943E68C-8E08-49FF-8C19-653F6B83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67638-E5C0-4775-B880-1C7313441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320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Bohdana Krejčová</cp:lastModifiedBy>
  <cp:revision>2</cp:revision>
  <dcterms:created xsi:type="dcterms:W3CDTF">2026-10-23T15:44:00Z</dcterms:created>
  <dcterms:modified xsi:type="dcterms:W3CDTF">2026-10-23T15:44:00Z</dcterms:modified>
  <cp:category/>
</cp:coreProperties>
</file>